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4604D4" w14:paraId="2E4AC31B" w14:textId="77777777">
        <w:trPr>
          <w:cantSplit/>
          <w:trHeight w:val="510"/>
        </w:trPr>
        <w:tc>
          <w:tcPr>
            <w:tcW w:w="1606" w:type="dxa"/>
            <w:vMerge w:val="restart"/>
            <w:vAlign w:val="center"/>
          </w:tcPr>
          <w:p w14:paraId="04EDC112" w14:textId="364F4A6D" w:rsidR="004604D4" w:rsidRDefault="004604D4" w:rsidP="004604D4">
            <w:pPr>
              <w:keepNext/>
              <w:jc w:val="center"/>
            </w:pPr>
            <w:r>
              <w:rPr>
                <w:rFonts w:ascii="Arial" w:hAnsi="Arial" w:cs="Arial"/>
                <w:noProof/>
                <w:lang w:val="ro-RO" w:eastAsia="ro-RO"/>
              </w:rPr>
              <w:drawing>
                <wp:inline distT="0" distB="0" distL="0" distR="0" wp14:anchorId="1AE6FCC2" wp14:editId="2A7B6B0E">
                  <wp:extent cx="774575" cy="1045271"/>
                  <wp:effectExtent l="0" t="0" r="6985" b="254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361" cy="1131349"/>
                          </a:xfrm>
                          <a:prstGeom prst="rect">
                            <a:avLst/>
                          </a:prstGeom>
                        </pic:spPr>
                      </pic:pic>
                    </a:graphicData>
                  </a:graphic>
                </wp:inline>
              </w:drawing>
            </w:r>
          </w:p>
        </w:tc>
        <w:tc>
          <w:tcPr>
            <w:tcW w:w="8030" w:type="dxa"/>
            <w:gridSpan w:val="3"/>
            <w:shd w:val="clear" w:color="auto" w:fill="F0F0F0"/>
          </w:tcPr>
          <w:p w14:paraId="13BA21C4" w14:textId="77777777" w:rsidR="004604D4" w:rsidRDefault="004604D4" w:rsidP="004604D4">
            <w:pPr>
              <w:keepNext/>
            </w:pPr>
            <w:proofErr w:type="spellStart"/>
            <w:r>
              <w:rPr>
                <w:b/>
                <w:color w:val="0D5F78"/>
              </w:rPr>
              <w:t>Județul</w:t>
            </w:r>
            <w:proofErr w:type="spellEnd"/>
          </w:p>
          <w:p w14:paraId="1D1E4BB3" w14:textId="66AE1F7D" w:rsidR="004604D4" w:rsidRDefault="004604D4" w:rsidP="004604D4">
            <w:pPr>
              <w:keepNext/>
            </w:pPr>
            <w:r>
              <w:t>BOTOȘANI</w:t>
            </w:r>
          </w:p>
        </w:tc>
      </w:tr>
      <w:tr w:rsidR="004604D4" w14:paraId="355B8835" w14:textId="77777777">
        <w:trPr>
          <w:cantSplit/>
          <w:trHeight w:val="510"/>
        </w:trPr>
        <w:tc>
          <w:tcPr>
            <w:tcW w:w="1606" w:type="dxa"/>
            <w:vMerge/>
          </w:tcPr>
          <w:p w14:paraId="052BBBAD" w14:textId="77777777" w:rsidR="004604D4" w:rsidRDefault="004604D4" w:rsidP="004604D4"/>
        </w:tc>
        <w:tc>
          <w:tcPr>
            <w:tcW w:w="8030" w:type="dxa"/>
            <w:gridSpan w:val="3"/>
            <w:shd w:val="clear" w:color="auto" w:fill="F0F0F0"/>
          </w:tcPr>
          <w:p w14:paraId="40FADC98" w14:textId="77777777" w:rsidR="004604D4" w:rsidRDefault="004604D4" w:rsidP="004604D4">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14:paraId="13B8D8A2" w14:textId="72ED996B" w:rsidR="004604D4" w:rsidRDefault="004604D4" w:rsidP="004604D4">
            <w:pPr>
              <w:keepNext/>
            </w:pPr>
            <w:r>
              <w:t>PRIMARUL COMUNEI BRĂEȘTI</w:t>
            </w:r>
          </w:p>
        </w:tc>
      </w:tr>
      <w:tr w:rsidR="004604D4" w14:paraId="2E99B7D8" w14:textId="77777777">
        <w:trPr>
          <w:cantSplit/>
          <w:trHeight w:val="510"/>
        </w:trPr>
        <w:tc>
          <w:tcPr>
            <w:tcW w:w="1606" w:type="dxa"/>
            <w:vMerge/>
          </w:tcPr>
          <w:p w14:paraId="13852C6D" w14:textId="77777777" w:rsidR="004604D4" w:rsidRDefault="004604D4" w:rsidP="004604D4"/>
        </w:tc>
        <w:tc>
          <w:tcPr>
            <w:tcW w:w="2409" w:type="dxa"/>
            <w:shd w:val="clear" w:color="auto" w:fill="F0F0F0"/>
          </w:tcPr>
          <w:p w14:paraId="202394C9" w14:textId="77777777" w:rsidR="004604D4" w:rsidRPr="00F801F2" w:rsidRDefault="004604D4" w:rsidP="004604D4">
            <w:pPr>
              <w:keepNext/>
              <w:rPr>
                <w:lang w:val="fr-FR"/>
              </w:rPr>
            </w:pPr>
            <w:r w:rsidRPr="00F801F2">
              <w:rPr>
                <w:b/>
                <w:color w:val="0D5F78"/>
                <w:lang w:val="fr-FR"/>
              </w:rPr>
              <w:t xml:space="preserve">Cod de </w:t>
            </w:r>
            <w:proofErr w:type="spellStart"/>
            <w:r w:rsidRPr="00F801F2">
              <w:rPr>
                <w:b/>
                <w:color w:val="0D5F78"/>
                <w:lang w:val="fr-FR"/>
              </w:rPr>
              <w:t>identificare</w:t>
            </w:r>
            <w:proofErr w:type="spell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14:paraId="408F9273" w14:textId="100FA0B0" w:rsidR="004604D4" w:rsidRPr="00990104" w:rsidRDefault="004604D4" w:rsidP="004604D4">
            <w:pPr>
              <w:keepNext/>
              <w:rPr>
                <w:lang w:val="fr-FR"/>
              </w:rPr>
            </w:pPr>
            <w:r w:rsidRPr="00C212B6">
              <w:rPr>
                <w:lang w:val="fr-FR"/>
              </w:rPr>
              <w:t>3503694</w:t>
            </w:r>
          </w:p>
        </w:tc>
        <w:tc>
          <w:tcPr>
            <w:tcW w:w="5621" w:type="dxa"/>
            <w:gridSpan w:val="2"/>
            <w:shd w:val="clear" w:color="auto" w:fill="F0F0F0"/>
          </w:tcPr>
          <w:p w14:paraId="782879D2" w14:textId="77777777" w:rsidR="004604D4" w:rsidRDefault="004604D4" w:rsidP="004604D4">
            <w:pPr>
              <w:keepNext/>
            </w:pPr>
            <w:proofErr w:type="spellStart"/>
            <w:r>
              <w:rPr>
                <w:i/>
                <w:color w:val="7A7A7A"/>
              </w:rPr>
              <w:t>sediul</w:t>
            </w:r>
            <w:proofErr w:type="spellEnd"/>
            <w:r>
              <w:rPr>
                <w:i/>
                <w:color w:val="7A7A7A"/>
              </w:rPr>
              <w:t xml:space="preserve"> · </w:t>
            </w:r>
            <w:proofErr w:type="spellStart"/>
            <w:r>
              <w:rPr>
                <w:i/>
                <w:color w:val="7A7A7A"/>
              </w:rPr>
              <w:t>telefon</w:t>
            </w:r>
            <w:proofErr w:type="spellEnd"/>
            <w:r>
              <w:rPr>
                <w:i/>
                <w:color w:val="7A7A7A"/>
              </w:rPr>
              <w:t xml:space="preserve"> · e-mail</w:t>
            </w:r>
          </w:p>
          <w:p w14:paraId="43D6695F" w14:textId="77777777" w:rsidR="004604D4" w:rsidRDefault="004604D4" w:rsidP="004604D4">
            <w:pPr>
              <w:keepNext/>
            </w:pPr>
            <w:r>
              <w:t xml:space="preserve">Str. Calea </w:t>
            </w:r>
            <w:proofErr w:type="spellStart"/>
            <w:r>
              <w:t>Națională</w:t>
            </w:r>
            <w:proofErr w:type="spellEnd"/>
            <w:r>
              <w:t xml:space="preserve">, nr. 41, Sat </w:t>
            </w:r>
            <w:proofErr w:type="spellStart"/>
            <w:r>
              <w:t>Brăești</w:t>
            </w:r>
            <w:proofErr w:type="spellEnd"/>
            <w:r>
              <w:t xml:space="preserve">; </w:t>
            </w:r>
            <w:r w:rsidRPr="00C212B6">
              <w:t>Tel.  0231/</w:t>
            </w:r>
            <w:proofErr w:type="gramStart"/>
            <w:r w:rsidRPr="00C212B6">
              <w:t>620023;  Fax</w:t>
            </w:r>
            <w:proofErr w:type="gramEnd"/>
            <w:r w:rsidRPr="00C212B6">
              <w:t xml:space="preserve"> 0231/620063</w:t>
            </w:r>
            <w:r>
              <w:t xml:space="preserve">; </w:t>
            </w:r>
          </w:p>
          <w:p w14:paraId="67F49F8C" w14:textId="13953390" w:rsidR="004604D4" w:rsidRDefault="004604D4" w:rsidP="004604D4">
            <w:pPr>
              <w:keepNext/>
            </w:pPr>
            <w:r w:rsidRPr="00C63B13">
              <w:t xml:space="preserve">e-mail: </w:t>
            </w:r>
            <w:hyperlink r:id="rId9" w:history="1">
              <w:r w:rsidRPr="008B79D1">
                <w:rPr>
                  <w:rStyle w:val="Hyperlink"/>
                </w:rPr>
                <w:t>primaria@comunabraesti.ro</w:t>
              </w:r>
            </w:hyperlink>
            <w:r>
              <w:t xml:space="preserve"> ; web: </w:t>
            </w:r>
            <w:hyperlink r:id="rId10" w:history="1">
              <w:r w:rsidRPr="008B79D1">
                <w:rPr>
                  <w:rStyle w:val="Hyperlink"/>
                </w:rPr>
                <w:t>www.comunabraesti.ro</w:t>
              </w:r>
            </w:hyperlink>
            <w:r>
              <w:t xml:space="preserve"> </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3D8693F9" w14:textId="77777777" w:rsidR="004604D4" w:rsidRPr="00F801F2" w:rsidRDefault="004604D4" w:rsidP="004604D4">
            <w:pPr>
              <w:keepNext/>
              <w:rPr>
                <w:lang w:val="fr-FR"/>
              </w:rPr>
            </w:pPr>
            <w:proofErr w:type="spellStart"/>
            <w:proofErr w:type="gramStart"/>
            <w:r w:rsidRPr="006C71E6">
              <w:rPr>
                <w:i/>
                <w:strike/>
                <w:color w:val="7A7A7A"/>
                <w:lang w:val="fr-FR"/>
              </w:rPr>
              <w:t>primăria</w:t>
            </w:r>
            <w:proofErr w:type="spellEnd"/>
            <w:proofErr w:type="gramEnd"/>
            <w:r w:rsidRPr="006C71E6">
              <w:rPr>
                <w:i/>
                <w:strike/>
                <w:color w:val="7A7A7A"/>
                <w:lang w:val="fr-FR"/>
              </w:rPr>
              <w:t xml:space="preserve"> </w:t>
            </w:r>
            <w:proofErr w:type="spellStart"/>
            <w:r w:rsidRPr="006C71E6">
              <w:rPr>
                <w:i/>
                <w:strike/>
                <w:color w:val="7A7A7A"/>
                <w:lang w:val="fr-FR"/>
              </w:rPr>
              <w:t>municipiului</w:t>
            </w:r>
            <w:proofErr w:type="spellEnd"/>
            <w:r w:rsidRPr="00F801F2">
              <w:rPr>
                <w:i/>
                <w:color w:val="7A7A7A"/>
                <w:lang w:val="fr-FR"/>
              </w:rPr>
              <w:t xml:space="preserve"> </w:t>
            </w:r>
            <w:r w:rsidRPr="006C71E6">
              <w:rPr>
                <w:i/>
                <w:strike/>
                <w:color w:val="7A7A7A"/>
                <w:lang w:val="fr-FR"/>
              </w:rPr>
              <w:t xml:space="preserve">/ </w:t>
            </w:r>
            <w:proofErr w:type="spellStart"/>
            <w:r w:rsidRPr="006C71E6">
              <w:rPr>
                <w:i/>
                <w:strike/>
                <w:color w:val="7A7A7A"/>
                <w:lang w:val="fr-FR"/>
              </w:rPr>
              <w:t>orașului</w:t>
            </w:r>
            <w:proofErr w:type="spellEnd"/>
            <w:r w:rsidRPr="00F801F2">
              <w:rPr>
                <w:i/>
                <w:color w:val="7A7A7A"/>
                <w:lang w:val="fr-FR"/>
              </w:rPr>
              <w:t xml:space="preserve"> / </w:t>
            </w:r>
            <w:proofErr w:type="spellStart"/>
            <w:r w:rsidRPr="002B6186">
              <w:rPr>
                <w:b/>
                <w:bCs/>
                <w:i/>
                <w:color w:val="7A7A7A"/>
                <w:lang w:val="fr-FR"/>
              </w:rPr>
              <w:t>comunei</w:t>
            </w:r>
            <w:proofErr w:type="spellEnd"/>
            <w:r w:rsidRPr="002B6186">
              <w:rPr>
                <w:b/>
                <w:bCs/>
                <w:i/>
                <w:color w:val="7A7A7A"/>
                <w:lang w:val="fr-FR"/>
              </w:rPr>
              <w:t xml:space="preserve"> </w:t>
            </w:r>
            <w:r w:rsidRPr="006C71E6">
              <w:rPr>
                <w:i/>
                <w:strike/>
                <w:color w:val="7A7A7A"/>
                <w:lang w:val="fr-FR"/>
              </w:rPr>
              <w:t xml:space="preserve">· </w:t>
            </w:r>
            <w:proofErr w:type="spellStart"/>
            <w:r w:rsidRPr="006C71E6">
              <w:rPr>
                <w:i/>
                <w:strike/>
                <w:color w:val="7A7A7A"/>
                <w:lang w:val="fr-FR"/>
              </w:rPr>
              <w:t>primăria</w:t>
            </w:r>
            <w:proofErr w:type="spellEnd"/>
            <w:r w:rsidRPr="006C71E6">
              <w:rPr>
                <w:i/>
                <w:strike/>
                <w:color w:val="7A7A7A"/>
                <w:lang w:val="fr-FR"/>
              </w:rPr>
              <w:t xml:space="preserve"> de </w:t>
            </w:r>
            <w:proofErr w:type="spellStart"/>
            <w:r w:rsidRPr="006C71E6">
              <w:rPr>
                <w:i/>
                <w:strike/>
                <w:color w:val="7A7A7A"/>
                <w:lang w:val="fr-FR"/>
              </w:rPr>
              <w:t>sector</w:t>
            </w:r>
            <w:proofErr w:type="spellEnd"/>
            <w:r w:rsidRPr="006C71E6">
              <w:rPr>
                <w:i/>
                <w:strike/>
                <w:color w:val="7A7A7A"/>
                <w:lang w:val="fr-FR"/>
              </w:rPr>
              <w:t xml:space="preserve"> · </w:t>
            </w:r>
            <w:proofErr w:type="spellStart"/>
            <w:r w:rsidRPr="006C71E6">
              <w:rPr>
                <w:i/>
                <w:strike/>
                <w:color w:val="7A7A7A"/>
                <w:lang w:val="fr-FR"/>
              </w:rPr>
              <w:t>consiliul</w:t>
            </w:r>
            <w:proofErr w:type="spellEnd"/>
            <w:r w:rsidRPr="006C71E6">
              <w:rPr>
                <w:i/>
                <w:strike/>
                <w:color w:val="7A7A7A"/>
                <w:lang w:val="fr-FR"/>
              </w:rPr>
              <w:t xml:space="preserve"> </w:t>
            </w:r>
            <w:proofErr w:type="spellStart"/>
            <w:r w:rsidRPr="006C71E6">
              <w:rPr>
                <w:i/>
                <w:strike/>
                <w:color w:val="7A7A7A"/>
                <w:lang w:val="fr-FR"/>
              </w:rPr>
              <w:t>județean</w:t>
            </w:r>
            <w:proofErr w:type="spellEnd"/>
          </w:p>
          <w:p w14:paraId="7B27FAE0" w14:textId="41C4248E" w:rsidR="0092490D" w:rsidRPr="00990104" w:rsidRDefault="004604D4" w:rsidP="004604D4">
            <w:pPr>
              <w:keepNext/>
              <w:rPr>
                <w:lang w:val="fr-FR"/>
              </w:rPr>
            </w:pPr>
            <w:r>
              <w:rPr>
                <w:b/>
                <w:bCs/>
                <w:lang w:val="fr-FR"/>
              </w:rPr>
              <w:t>BRĂEȘTI</w:t>
            </w:r>
            <w:r w:rsidRPr="00990104">
              <w:rPr>
                <w:lang w:val="fr-FR"/>
              </w:rPr>
              <w:t xml:space="preserve"> </w:t>
            </w: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AB33A" w14:textId="77777777" w:rsidR="00EF08D7" w:rsidRDefault="00EF08D7">
      <w:r>
        <w:separator/>
      </w:r>
    </w:p>
  </w:endnote>
  <w:endnote w:type="continuationSeparator" w:id="0">
    <w:p w14:paraId="249C43F6" w14:textId="77777777" w:rsidR="00EF08D7" w:rsidRDefault="00EF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3716" w14:textId="77777777" w:rsidR="00EF08D7" w:rsidRDefault="00EF08D7">
      <w:r>
        <w:separator/>
      </w:r>
    </w:p>
  </w:footnote>
  <w:footnote w:type="continuationSeparator" w:id="0">
    <w:p w14:paraId="0F21E9FD" w14:textId="77777777" w:rsidR="00EF08D7" w:rsidRDefault="00EF0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77553147">
    <w:abstractNumId w:val="8"/>
  </w:num>
  <w:num w:numId="2" w16cid:durableId="1770854586">
    <w:abstractNumId w:val="6"/>
  </w:num>
  <w:num w:numId="3" w16cid:durableId="1623926642">
    <w:abstractNumId w:val="5"/>
  </w:num>
  <w:num w:numId="4" w16cid:durableId="1833370882">
    <w:abstractNumId w:val="4"/>
  </w:num>
  <w:num w:numId="5" w16cid:durableId="659163893">
    <w:abstractNumId w:val="7"/>
  </w:num>
  <w:num w:numId="6" w16cid:durableId="495613519">
    <w:abstractNumId w:val="3"/>
  </w:num>
  <w:num w:numId="7" w16cid:durableId="1657300121">
    <w:abstractNumId w:val="2"/>
  </w:num>
  <w:num w:numId="8" w16cid:durableId="1032412746">
    <w:abstractNumId w:val="1"/>
  </w:num>
  <w:num w:numId="9" w16cid:durableId="189958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40A5A"/>
    <w:rsid w:val="0029639D"/>
    <w:rsid w:val="00326F90"/>
    <w:rsid w:val="004604D4"/>
    <w:rsid w:val="00627198"/>
    <w:rsid w:val="008D3852"/>
    <w:rsid w:val="0092490D"/>
    <w:rsid w:val="00975330"/>
    <w:rsid w:val="00990104"/>
    <w:rsid w:val="00AA1D8D"/>
    <w:rsid w:val="00AB55EB"/>
    <w:rsid w:val="00B47730"/>
    <w:rsid w:val="00BC56AE"/>
    <w:rsid w:val="00CB0664"/>
    <w:rsid w:val="00D52CF1"/>
    <w:rsid w:val="00DC729B"/>
    <w:rsid w:val="00E61A6B"/>
    <w:rsid w:val="00EC2169"/>
    <w:rsid w:val="00EF08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4604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munabraesti.ro" TargetMode="External"/><Relationship Id="rId4" Type="http://schemas.openxmlformats.org/officeDocument/2006/relationships/settings" Target="settings.xml"/><Relationship Id="rId9" Type="http://schemas.openxmlformats.org/officeDocument/2006/relationships/hyperlink" Target="mailto:primaria@comunabra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Asus</cp:lastModifiedBy>
  <cp:revision>2</cp:revision>
  <dcterms:created xsi:type="dcterms:W3CDTF">2026-09-30T21:51:00Z</dcterms:created>
  <dcterms:modified xsi:type="dcterms:W3CDTF">2026-09-30T21:51:00Z</dcterms:modified>
  <cp:category/>
</cp:coreProperties>
</file>