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654D2A" w14:paraId="740BFD6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888DD26" w14:textId="04990D48" w:rsidR="00654D2A" w:rsidRDefault="00654D2A" w:rsidP="00654D2A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7E9F3C79" wp14:editId="3DDFEC70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F5AC053" w14:textId="77777777" w:rsidR="00654D2A" w:rsidRDefault="00654D2A" w:rsidP="00654D2A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D968F80" w14:textId="579134A0" w:rsidR="00654D2A" w:rsidRDefault="00654D2A" w:rsidP="00654D2A">
            <w:pPr>
              <w:keepNext/>
            </w:pPr>
            <w:r>
              <w:t>BOTOȘANI</w:t>
            </w:r>
          </w:p>
        </w:tc>
      </w:tr>
      <w:tr w:rsidR="00654D2A" w14:paraId="04C0E3D8" w14:textId="77777777">
        <w:trPr>
          <w:cantSplit/>
          <w:trHeight w:val="510"/>
        </w:trPr>
        <w:tc>
          <w:tcPr>
            <w:tcW w:w="1606" w:type="dxa"/>
            <w:vMerge/>
          </w:tcPr>
          <w:p w14:paraId="0B0686A9" w14:textId="77777777" w:rsidR="00654D2A" w:rsidRDefault="00654D2A" w:rsidP="00654D2A"/>
        </w:tc>
        <w:tc>
          <w:tcPr>
            <w:tcW w:w="8030" w:type="dxa"/>
            <w:gridSpan w:val="3"/>
            <w:shd w:val="clear" w:color="auto" w:fill="F0F0F0"/>
          </w:tcPr>
          <w:p w14:paraId="789CBD5B" w14:textId="77777777" w:rsidR="00654D2A" w:rsidRDefault="00654D2A" w:rsidP="00654D2A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0FD8A1B9" w14:textId="30194718" w:rsidR="00654D2A" w:rsidRDefault="00654D2A" w:rsidP="00654D2A">
            <w:pPr>
              <w:keepNext/>
            </w:pPr>
            <w:r>
              <w:t>PRIMARUL COMUNEI BRĂEȘTI</w:t>
            </w:r>
          </w:p>
        </w:tc>
      </w:tr>
      <w:tr w:rsidR="00654D2A" w14:paraId="28C754E9" w14:textId="77777777">
        <w:trPr>
          <w:cantSplit/>
          <w:trHeight w:val="510"/>
        </w:trPr>
        <w:tc>
          <w:tcPr>
            <w:tcW w:w="1606" w:type="dxa"/>
            <w:vMerge/>
          </w:tcPr>
          <w:p w14:paraId="76F17A55" w14:textId="77777777" w:rsidR="00654D2A" w:rsidRDefault="00654D2A" w:rsidP="00654D2A"/>
        </w:tc>
        <w:tc>
          <w:tcPr>
            <w:tcW w:w="2409" w:type="dxa"/>
            <w:shd w:val="clear" w:color="auto" w:fill="F0F0F0"/>
          </w:tcPr>
          <w:p w14:paraId="54C92116" w14:textId="77777777" w:rsidR="00654D2A" w:rsidRPr="00F801F2" w:rsidRDefault="00654D2A" w:rsidP="00654D2A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727F1446" w14:textId="430719C4" w:rsidR="00654D2A" w:rsidRPr="003E706D" w:rsidRDefault="00654D2A" w:rsidP="00654D2A">
            <w:pPr>
              <w:keepNext/>
              <w:rPr>
                <w:lang w:val="fr-FR"/>
              </w:rPr>
            </w:pPr>
            <w:r w:rsidRPr="00C212B6">
              <w:rPr>
                <w:lang w:val="fr-FR"/>
              </w:rPr>
              <w:t>3503694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56E78D1" w14:textId="77777777" w:rsidR="00654D2A" w:rsidRDefault="00654D2A" w:rsidP="00654D2A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6A1DA8CA" w14:textId="77777777" w:rsidR="00654D2A" w:rsidRDefault="00654D2A" w:rsidP="00654D2A">
            <w:pPr>
              <w:keepNext/>
            </w:pPr>
            <w:proofErr w:type="spellStart"/>
            <w:r>
              <w:rPr>
                <w:i/>
                <w:color w:val="7A7A7A"/>
              </w:rPr>
              <w:t>sediul</w:t>
            </w:r>
            <w:proofErr w:type="spellEnd"/>
            <w:r>
              <w:rPr>
                <w:i/>
                <w:color w:val="7A7A7A"/>
              </w:rPr>
              <w:t xml:space="preserve"> · </w:t>
            </w:r>
            <w:proofErr w:type="spellStart"/>
            <w:r>
              <w:rPr>
                <w:i/>
                <w:color w:val="7A7A7A"/>
              </w:rPr>
              <w:t>telefon</w:t>
            </w:r>
            <w:proofErr w:type="spellEnd"/>
            <w:r>
              <w:rPr>
                <w:i/>
                <w:color w:val="7A7A7A"/>
              </w:rPr>
              <w:t xml:space="preserve"> · e-mail</w:t>
            </w:r>
          </w:p>
          <w:p w14:paraId="0EE13670" w14:textId="77777777" w:rsidR="00654D2A" w:rsidRDefault="00654D2A" w:rsidP="00654D2A">
            <w:pPr>
              <w:keepNext/>
            </w:pPr>
            <w:r>
              <w:t xml:space="preserve">Str. Calea </w:t>
            </w:r>
            <w:proofErr w:type="spellStart"/>
            <w:r>
              <w:t>Națională</w:t>
            </w:r>
            <w:proofErr w:type="spellEnd"/>
            <w:r>
              <w:t xml:space="preserve">, nr. 41, Sat </w:t>
            </w:r>
            <w:proofErr w:type="spellStart"/>
            <w:r>
              <w:t>Brăești</w:t>
            </w:r>
            <w:proofErr w:type="spellEnd"/>
            <w:r>
              <w:t xml:space="preserve">; </w:t>
            </w:r>
            <w:r w:rsidRPr="00C212B6">
              <w:t>Tel.  0231/</w:t>
            </w:r>
            <w:proofErr w:type="gramStart"/>
            <w:r w:rsidRPr="00C212B6">
              <w:t>620023;  Fax</w:t>
            </w:r>
            <w:proofErr w:type="gramEnd"/>
            <w:r w:rsidRPr="00C212B6">
              <w:t xml:space="preserve"> 0231/620063</w:t>
            </w:r>
            <w:r>
              <w:t xml:space="preserve">; </w:t>
            </w:r>
          </w:p>
          <w:p w14:paraId="3F728E3B" w14:textId="70F20D20" w:rsidR="00654D2A" w:rsidRDefault="00654D2A" w:rsidP="00654D2A">
            <w:pPr>
              <w:keepNext/>
            </w:pPr>
            <w:r w:rsidRPr="00C63B13">
              <w:t xml:space="preserve">e-mail: </w:t>
            </w:r>
            <w:hyperlink r:id="rId9" w:history="1">
              <w:r w:rsidRPr="008B79D1">
                <w:rPr>
                  <w:rStyle w:val="Hyperlink"/>
                </w:rPr>
                <w:t>primaria@comunabraesti.ro</w:t>
              </w:r>
            </w:hyperlink>
            <w:r>
              <w:t xml:space="preserve"> ; web: </w:t>
            </w:r>
            <w:hyperlink r:id="rId10" w:history="1">
              <w:r w:rsidRPr="008B79D1">
                <w:rPr>
                  <w:rStyle w:val="Hyperlink"/>
                </w:rPr>
                <w:t>www.comunabraesti.ro</w:t>
              </w:r>
            </w:hyperlink>
            <w:r>
              <w:t xml:space="preserve"> </w:t>
            </w:r>
          </w:p>
        </w:tc>
      </w:tr>
      <w:tr w:rsidR="00945CC5" w14:paraId="0E07E085" w14:textId="77777777">
        <w:trPr>
          <w:cantSplit/>
          <w:trHeight w:val="510"/>
        </w:trPr>
        <w:tc>
          <w:tcPr>
            <w:tcW w:w="1606" w:type="dxa"/>
            <w:vMerge/>
          </w:tcPr>
          <w:p w14:paraId="02114291" w14:textId="77777777" w:rsidR="00945CC5" w:rsidRDefault="00945CC5"/>
        </w:tc>
        <w:tc>
          <w:tcPr>
            <w:tcW w:w="4818" w:type="dxa"/>
            <w:gridSpan w:val="2"/>
            <w:shd w:val="clear" w:color="auto" w:fill="F0F0F0"/>
          </w:tcPr>
          <w:p w14:paraId="6B3378E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354E0" w14:textId="77777777" w:rsidR="00945CC5" w:rsidRDefault="00945CC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ACBDD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9ED41F3" w14:textId="77777777" w:rsidR="00945CC5" w:rsidRDefault="00945CC5">
            <w:pPr>
              <w:keepNext/>
            </w:pPr>
          </w:p>
        </w:tc>
      </w:tr>
      <w:tr w:rsidR="00945CC5" w:rsidRPr="004E6AFA" w14:paraId="4466244E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F3D0E9A" w14:textId="77777777" w:rsidR="00945CC5" w:rsidRPr="003E706D" w:rsidRDefault="00FA7758">
            <w:pPr>
              <w:rPr>
                <w:lang w:val="fr-FR"/>
              </w:rPr>
            </w:pPr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E706D">
              <w:rPr>
                <w:i/>
                <w:color w:val="595959"/>
                <w:lang w:val="fr-FR"/>
              </w:rPr>
              <w:t>se</w:t>
            </w:r>
            <w:proofErr w:type="gram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scrie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în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E0F6F3E" w14:textId="77777777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>
        <w:trPr>
          <w:cantSplit/>
          <w:trHeight w:val="510"/>
        </w:trPr>
        <w:tc>
          <w:tcPr>
            <w:tcW w:w="9636" w:type="dxa"/>
          </w:tcPr>
          <w:p w14:paraId="494758A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1475E5B" w14:textId="77777777" w:rsidR="00654D2A" w:rsidRPr="00F801F2" w:rsidRDefault="00654D2A" w:rsidP="00654D2A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1C5FD545" w14:textId="156E85B0" w:rsidR="00945CC5" w:rsidRPr="003E706D" w:rsidRDefault="00654D2A" w:rsidP="00654D2A">
            <w:pPr>
              <w:keepNext/>
              <w:rPr>
                <w:lang w:val="fr-FR"/>
              </w:rPr>
            </w:pPr>
            <w:r>
              <w:rPr>
                <w:b/>
                <w:bCs/>
                <w:lang w:val="fr-FR"/>
              </w:rPr>
              <w:t>BRĂEȘTI</w:t>
            </w:r>
            <w:r w:rsidRPr="003E706D">
              <w:rPr>
                <w:lang w:val="fr-FR"/>
              </w:rPr>
              <w:t xml:space="preserve"> </w:t>
            </w:r>
          </w:p>
        </w:tc>
      </w:tr>
      <w:tr w:rsidR="00945CC5" w:rsidRPr="004E6AFA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r>
              <w:rPr>
                <w:b/>
                <w:color w:val="0D5F78"/>
              </w:rPr>
              <w:t xml:space="preserve">Termen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6B2675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D665FF3" w14:textId="77777777" w:rsidR="00945CC5" w:rsidRDefault="00945CC5">
            <w:pPr>
              <w:keepNext/>
            </w:pP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stabilitate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Default="00945CC5"/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1E0E077C" w14:textId="77777777" w:rsidR="00945CC5" w:rsidRDefault="00945CC5"/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 xml:space="preserve">☐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</w:t>
            </w:r>
            <w:proofErr w:type="gramStart"/>
            <w:r w:rsidR="004E6AFA" w:rsidRPr="004E6AFA">
              <w:rPr>
                <w:sz w:val="16"/>
              </w:rPr>
              <w:t>a</w:t>
            </w:r>
            <w:proofErr w:type="gram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ale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</w:t>
            </w:r>
            <w:proofErr w:type="gramStart"/>
            <w:r w:rsidRPr="003E706D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și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2D367933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gramStart"/>
            <w:r w:rsidRPr="003E706D">
              <w:rPr>
                <w:sz w:val="16"/>
                <w:lang w:val="fr-FR"/>
              </w:rPr>
              <w:t xml:space="preserve">copie)   </w:t>
            </w:r>
            <w:proofErr w:type="gramEnd"/>
            <w:r w:rsidRPr="003E706D">
              <w:rPr>
                <w:sz w:val="16"/>
                <w:lang w:val="fr-FR"/>
              </w:rPr>
              <w:t xml:space="preserve">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>(2) din Lege</w:t>
            </w:r>
            <w:r w:rsidR="00A71320">
              <w:rPr>
                <w:i/>
                <w:sz w:val="17"/>
              </w:rPr>
              <w:t xml:space="preserve">a </w:t>
            </w:r>
            <w:r w:rsidR="00A71320" w:rsidRPr="00A71320">
              <w:rPr>
                <w:i/>
                <w:sz w:val="17"/>
              </w:rPr>
              <w:t>nr. 169/2026</w:t>
            </w:r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sectPr w:rsidR="00945CC5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0F091" w14:textId="77777777" w:rsidR="00781110" w:rsidRDefault="00781110">
      <w:r>
        <w:separator/>
      </w:r>
    </w:p>
  </w:endnote>
  <w:endnote w:type="continuationSeparator" w:id="0">
    <w:p w14:paraId="51B541CC" w14:textId="77777777" w:rsidR="00781110" w:rsidRDefault="00781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70161" w14:textId="1BD49E66" w:rsidR="00945CC5" w:rsidRDefault="00FA7758">
    <w:pPr>
      <w:pStyle w:val="Subsol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E706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E706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A5BD2" w14:textId="77777777" w:rsidR="00781110" w:rsidRDefault="00781110">
      <w:r>
        <w:separator/>
      </w:r>
    </w:p>
  </w:footnote>
  <w:footnote w:type="continuationSeparator" w:id="0">
    <w:p w14:paraId="07A291CB" w14:textId="77777777" w:rsidR="00781110" w:rsidRDefault="007811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118350">
    <w:abstractNumId w:val="8"/>
  </w:num>
  <w:num w:numId="2" w16cid:durableId="1982072482">
    <w:abstractNumId w:val="6"/>
  </w:num>
  <w:num w:numId="3" w16cid:durableId="1942375101">
    <w:abstractNumId w:val="5"/>
  </w:num>
  <w:num w:numId="4" w16cid:durableId="1721781267">
    <w:abstractNumId w:val="4"/>
  </w:num>
  <w:num w:numId="5" w16cid:durableId="1796018606">
    <w:abstractNumId w:val="7"/>
  </w:num>
  <w:num w:numId="6" w16cid:durableId="882130839">
    <w:abstractNumId w:val="3"/>
  </w:num>
  <w:num w:numId="7" w16cid:durableId="1384207602">
    <w:abstractNumId w:val="2"/>
  </w:num>
  <w:num w:numId="8" w16cid:durableId="283510418">
    <w:abstractNumId w:val="1"/>
  </w:num>
  <w:num w:numId="9" w16cid:durableId="711464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0A5A"/>
    <w:rsid w:val="0029639D"/>
    <w:rsid w:val="002F7EE8"/>
    <w:rsid w:val="00326F90"/>
    <w:rsid w:val="003E706D"/>
    <w:rsid w:val="004E6AFA"/>
    <w:rsid w:val="00654D2A"/>
    <w:rsid w:val="006C103E"/>
    <w:rsid w:val="00781110"/>
    <w:rsid w:val="00945CC5"/>
    <w:rsid w:val="00A71320"/>
    <w:rsid w:val="00AA1D8D"/>
    <w:rsid w:val="00B47730"/>
    <w:rsid w:val="00CB0664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654D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omunabraesti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comunabraesti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2026-09-30T21:45:00Z</dcterms:created>
  <dcterms:modified xsi:type="dcterms:W3CDTF">2026-09-30T21:45:00Z</dcterms:modified>
  <cp:category/>
</cp:coreProperties>
</file>