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1479E" w14:paraId="7B01B228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CAC3E8" w14:textId="2B7212ED" w:rsidR="0051479E" w:rsidRDefault="0051479E" w:rsidP="0051479E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524CEAC8" wp14:editId="6BD7EEF1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E5B1F9C" w14:textId="77777777" w:rsidR="0051479E" w:rsidRDefault="0051479E" w:rsidP="0051479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B5084C1" w14:textId="18D87665" w:rsidR="0051479E" w:rsidRDefault="0051479E" w:rsidP="0051479E">
            <w:pPr>
              <w:keepNext/>
            </w:pPr>
            <w:r>
              <w:t>BOTOȘANI</w:t>
            </w:r>
          </w:p>
        </w:tc>
      </w:tr>
      <w:tr w:rsidR="0051479E" w14:paraId="0243A050" w14:textId="77777777">
        <w:trPr>
          <w:cantSplit/>
          <w:trHeight w:val="510"/>
        </w:trPr>
        <w:tc>
          <w:tcPr>
            <w:tcW w:w="1606" w:type="dxa"/>
            <w:vMerge/>
          </w:tcPr>
          <w:p w14:paraId="0B1CA4C4" w14:textId="77777777" w:rsidR="0051479E" w:rsidRDefault="0051479E" w:rsidP="0051479E"/>
        </w:tc>
        <w:tc>
          <w:tcPr>
            <w:tcW w:w="8030" w:type="dxa"/>
            <w:gridSpan w:val="3"/>
            <w:shd w:val="clear" w:color="auto" w:fill="F0F0F0"/>
          </w:tcPr>
          <w:p w14:paraId="4342C88C" w14:textId="77777777" w:rsidR="0051479E" w:rsidRDefault="0051479E" w:rsidP="0051479E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39DA804" w14:textId="7414841D" w:rsidR="0051479E" w:rsidRDefault="0051479E" w:rsidP="0051479E">
            <w:pPr>
              <w:keepNext/>
            </w:pPr>
            <w:r>
              <w:t>PRIMARUL COMUNEI BRĂEȘTI</w:t>
            </w:r>
          </w:p>
        </w:tc>
      </w:tr>
      <w:tr w:rsidR="0051479E" w14:paraId="51DCFD60" w14:textId="77777777">
        <w:trPr>
          <w:cantSplit/>
          <w:trHeight w:val="510"/>
        </w:trPr>
        <w:tc>
          <w:tcPr>
            <w:tcW w:w="1606" w:type="dxa"/>
            <w:vMerge/>
          </w:tcPr>
          <w:p w14:paraId="7769BE1A" w14:textId="77777777" w:rsidR="0051479E" w:rsidRDefault="0051479E" w:rsidP="0051479E"/>
        </w:tc>
        <w:tc>
          <w:tcPr>
            <w:tcW w:w="2409" w:type="dxa"/>
            <w:shd w:val="clear" w:color="auto" w:fill="F0F0F0"/>
          </w:tcPr>
          <w:p w14:paraId="521D43E5" w14:textId="77777777" w:rsidR="0051479E" w:rsidRPr="00F801F2" w:rsidRDefault="0051479E" w:rsidP="0051479E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082B8134" w14:textId="47C28FAB" w:rsidR="0051479E" w:rsidRPr="00243AD6" w:rsidRDefault="0051479E" w:rsidP="0051479E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60FC763" w14:textId="77777777" w:rsidR="0051479E" w:rsidRDefault="0051479E" w:rsidP="0051479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660D724" w14:textId="77777777" w:rsidR="0051479E" w:rsidRDefault="0051479E" w:rsidP="0051479E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6C2A4011" w14:textId="77777777" w:rsidR="0051479E" w:rsidRDefault="0051479E" w:rsidP="0051479E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4CCF903B" w14:textId="2BE8AAA9" w:rsidR="0051479E" w:rsidRDefault="0051479E" w:rsidP="0051479E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</w:p>
        </w:tc>
      </w:tr>
      <w:tr w:rsidR="007F7E84" w14:paraId="2C98000D" w14:textId="77777777">
        <w:trPr>
          <w:cantSplit/>
          <w:trHeight w:val="510"/>
        </w:trPr>
        <w:tc>
          <w:tcPr>
            <w:tcW w:w="1606" w:type="dxa"/>
            <w:vMerge/>
          </w:tcPr>
          <w:p w14:paraId="25F132D4" w14:textId="77777777" w:rsidR="007F7E84" w:rsidRDefault="007F7E84"/>
        </w:tc>
        <w:tc>
          <w:tcPr>
            <w:tcW w:w="4818" w:type="dxa"/>
            <w:gridSpan w:val="2"/>
            <w:shd w:val="clear" w:color="auto" w:fill="F0F0F0"/>
          </w:tcPr>
          <w:p w14:paraId="3137B886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AEA76C" w14:textId="77777777" w:rsidR="007F7E84" w:rsidRDefault="007F7E8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459C3A8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2B3F3AC" w14:textId="77777777" w:rsidR="007F7E84" w:rsidRDefault="007F7E84">
            <w:pPr>
              <w:keepNext/>
            </w:pPr>
          </w:p>
        </w:tc>
      </w:tr>
      <w:tr w:rsidR="007F7E84" w:rsidRPr="00505208" w14:paraId="5B92F3F6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E46C225" w14:textId="77777777" w:rsidR="007F7E84" w:rsidRPr="00243AD6" w:rsidRDefault="00AB6058">
            <w:pPr>
              <w:rPr>
                <w:lang w:val="fr-FR"/>
              </w:rPr>
            </w:pPr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243AD6">
              <w:rPr>
                <w:i/>
                <w:color w:val="595959"/>
                <w:lang w:val="fr-FR"/>
              </w:rPr>
              <w:t>se</w:t>
            </w:r>
            <w:proofErr w:type="gram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scrie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în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AB6058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AB605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3612D74" w14:textId="77777777" w:rsidR="0051479E" w:rsidRPr="00F801F2" w:rsidRDefault="0051479E" w:rsidP="0051479E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F112E73" w14:textId="77225922" w:rsidR="007F7E84" w:rsidRPr="00243AD6" w:rsidRDefault="0051479E" w:rsidP="0051479E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243AD6">
              <w:rPr>
                <w:lang w:val="fr-FR"/>
              </w:rPr>
              <w:t xml:space="preserve"> </w:t>
            </w: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AB6058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AB6058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AB60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AB60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AB60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AB60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AB6058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AB6058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AB6058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AB60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AB60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AB60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AB60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AB6058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AB6058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AB6058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AB6058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AB6058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AB6058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AB6058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AB605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AB6058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AB60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AB605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AB6058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AB6058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AB6058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AB6058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AB6058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AB6058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AB6058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AB6058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AB6058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AB60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17982" w14:textId="77777777" w:rsidR="00AB6058" w:rsidRDefault="00AB6058">
      <w:r>
        <w:separator/>
      </w:r>
    </w:p>
  </w:endnote>
  <w:endnote w:type="continuationSeparator" w:id="0">
    <w:p w14:paraId="6AC97182" w14:textId="77777777" w:rsidR="00AB6058" w:rsidRDefault="00AB6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Default="00AB6058">
    <w:pPr>
      <w:pStyle w:val="Subsol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8E690" w14:textId="77777777" w:rsidR="00AB6058" w:rsidRDefault="00AB6058">
      <w:r>
        <w:separator/>
      </w:r>
    </w:p>
  </w:footnote>
  <w:footnote w:type="continuationSeparator" w:id="0">
    <w:p w14:paraId="25F7A5CE" w14:textId="77777777" w:rsidR="00AB6058" w:rsidRDefault="00AB6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0A5A"/>
    <w:rsid w:val="00243AD6"/>
    <w:rsid w:val="0029639D"/>
    <w:rsid w:val="0031113E"/>
    <w:rsid w:val="00326F90"/>
    <w:rsid w:val="00411853"/>
    <w:rsid w:val="0041750F"/>
    <w:rsid w:val="004E3C9A"/>
    <w:rsid w:val="00505208"/>
    <w:rsid w:val="0051479E"/>
    <w:rsid w:val="006816CD"/>
    <w:rsid w:val="006C103E"/>
    <w:rsid w:val="007F7E84"/>
    <w:rsid w:val="00AA1D8D"/>
    <w:rsid w:val="00AB6058"/>
    <w:rsid w:val="00B47730"/>
    <w:rsid w:val="00BF1A07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5147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2026-09-30T21:46:00Z</dcterms:created>
  <dcterms:modified xsi:type="dcterms:W3CDTF">2026-09-30T21:46:00Z</dcterms:modified>
  <cp:category/>
</cp:coreProperties>
</file>