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7C31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2F5C4876" w:rsidR="00E27C31" w:rsidRDefault="00E27C31" w:rsidP="00E27C31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0254A7CB" wp14:editId="04B5D0D2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93FE6DC" w14:textId="77777777" w:rsidR="00E27C31" w:rsidRDefault="00E27C31" w:rsidP="00E27C31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A3651F4" w14:textId="13885533" w:rsidR="00E27C31" w:rsidRDefault="00E27C31" w:rsidP="00E27C31">
            <w:pPr>
              <w:keepNext/>
            </w:pPr>
            <w:r>
              <w:t>BOTOȘANI</w:t>
            </w:r>
          </w:p>
        </w:tc>
      </w:tr>
      <w:tr w:rsidR="00E27C31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E27C31" w:rsidRDefault="00E27C31" w:rsidP="00E27C31"/>
        </w:tc>
        <w:tc>
          <w:tcPr>
            <w:tcW w:w="8030" w:type="dxa"/>
            <w:gridSpan w:val="3"/>
            <w:shd w:val="clear" w:color="auto" w:fill="F0F0F0"/>
          </w:tcPr>
          <w:p w14:paraId="70393FBE" w14:textId="77777777" w:rsidR="00E27C31" w:rsidRDefault="00E27C31" w:rsidP="00E27C31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572E303" w14:textId="5F4F6165" w:rsidR="00E27C31" w:rsidRDefault="00E27C31" w:rsidP="00E27C31">
            <w:pPr>
              <w:keepNext/>
            </w:pPr>
            <w:r>
              <w:t>PRIMARUL COMUNEI BRĂEȘTI</w:t>
            </w:r>
          </w:p>
        </w:tc>
      </w:tr>
      <w:tr w:rsidR="00E27C31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E27C31" w:rsidRDefault="00E27C31" w:rsidP="00E27C31"/>
        </w:tc>
        <w:tc>
          <w:tcPr>
            <w:tcW w:w="2409" w:type="dxa"/>
            <w:shd w:val="clear" w:color="auto" w:fill="F0F0F0"/>
          </w:tcPr>
          <w:p w14:paraId="035845D3" w14:textId="77777777" w:rsidR="00E27C31" w:rsidRPr="00F801F2" w:rsidRDefault="00E27C31" w:rsidP="00E27C3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4345C6E" w14:textId="6C7B52DE" w:rsidR="00E27C31" w:rsidRPr="005B29C5" w:rsidRDefault="00E27C31" w:rsidP="00E27C31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80DC750" w14:textId="77777777" w:rsidR="00E27C31" w:rsidRDefault="00E27C31" w:rsidP="00E27C31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3A42918" w14:textId="77777777" w:rsidR="00E27C31" w:rsidRDefault="00E27C31" w:rsidP="00E27C31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7BC9602C" w14:textId="77777777" w:rsidR="00E27C31" w:rsidRDefault="00E27C31" w:rsidP="00E27C31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45055487" w14:textId="777B6BE5" w:rsidR="00E27C31" w:rsidRDefault="00E27C31" w:rsidP="00E27C31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scrie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în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83CB51" w14:textId="77777777" w:rsidR="00E27C31" w:rsidRPr="00F801F2" w:rsidRDefault="00E27C31" w:rsidP="00E27C31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7F5527AA" w14:textId="6C58FAA5" w:rsidR="003C7CA3" w:rsidRPr="005B29C5" w:rsidRDefault="00E27C31" w:rsidP="00E27C31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5B29C5">
              <w:rPr>
                <w:lang w:val="fr-FR"/>
              </w:rPr>
              <w:t xml:space="preserve"> </w:t>
            </w: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 w:rsidR="00F61A70">
        <w:rPr>
          <w:sz w:val="19"/>
          <w:lang w:val="fr-FR"/>
        </w:rPr>
        <w:t xml:space="preserve">se </w:t>
      </w:r>
      <w:proofErr w:type="spellStart"/>
      <w:r w:rsidR="00F61A70">
        <w:rPr>
          <w:sz w:val="19"/>
          <w:lang w:val="fr-FR"/>
        </w:rPr>
        <w:t>referă</w:t>
      </w:r>
      <w:proofErr w:type="spellEnd"/>
      <w:r w:rsidR="00F61A70"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f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3454F7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cu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3454F7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11"/>
      <w:footerReference w:type="default" r:id="rId12"/>
      <w:headerReference w:type="first" r:id="rId13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3444" w14:textId="77777777" w:rsidR="00E2322E" w:rsidRDefault="00E2322E">
      <w:r>
        <w:separator/>
      </w:r>
    </w:p>
  </w:endnote>
  <w:endnote w:type="continuationSeparator" w:id="0">
    <w:p w14:paraId="4FE90434" w14:textId="77777777" w:rsidR="00E2322E" w:rsidRDefault="00E23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3454F7">
    <w:pPr>
      <w:pStyle w:val="Subsol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968C3" w14:textId="77777777" w:rsidR="00E2322E" w:rsidRDefault="00E2322E">
      <w:r>
        <w:separator/>
      </w:r>
    </w:p>
  </w:footnote>
  <w:footnote w:type="continuationSeparator" w:id="0">
    <w:p w14:paraId="21972A99" w14:textId="77777777" w:rsidR="00E2322E" w:rsidRDefault="00E23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Antet"/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Antet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Antet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317071968">
    <w:abstractNumId w:val="8"/>
  </w:num>
  <w:num w:numId="2" w16cid:durableId="1991204914">
    <w:abstractNumId w:val="6"/>
  </w:num>
  <w:num w:numId="3" w16cid:durableId="1598095810">
    <w:abstractNumId w:val="5"/>
  </w:num>
  <w:num w:numId="4" w16cid:durableId="1183978216">
    <w:abstractNumId w:val="4"/>
  </w:num>
  <w:num w:numId="5" w16cid:durableId="1106848594">
    <w:abstractNumId w:val="7"/>
  </w:num>
  <w:num w:numId="6" w16cid:durableId="884020589">
    <w:abstractNumId w:val="3"/>
  </w:num>
  <w:num w:numId="7" w16cid:durableId="1162430868">
    <w:abstractNumId w:val="2"/>
  </w:num>
  <w:num w:numId="8" w16cid:durableId="1352142720">
    <w:abstractNumId w:val="1"/>
  </w:num>
  <w:num w:numId="9" w16cid:durableId="1049837836">
    <w:abstractNumId w:val="0"/>
  </w:num>
  <w:num w:numId="10" w16cid:durableId="15748996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47E"/>
    <w:rsid w:val="0015074B"/>
    <w:rsid w:val="001531A5"/>
    <w:rsid w:val="00240A5A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2322E"/>
    <w:rsid w:val="00E27C31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E27C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2440</Words>
  <Characters>13908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2026-09-30T21:38:00Z</dcterms:created>
  <dcterms:modified xsi:type="dcterms:W3CDTF">2026-09-30T21:38:00Z</dcterms:modified>
  <cp:category/>
</cp:coreProperties>
</file>