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55B13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2A63A1B6" w:rsidR="00855B13" w:rsidRDefault="00855B13" w:rsidP="00855B13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4B3F7C8D" wp14:editId="5D99FC9C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156D9A4C" w14:textId="77777777" w:rsidR="00855B13" w:rsidRDefault="00855B13" w:rsidP="00855B1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435FD5F" w14:textId="28C503EB" w:rsidR="00855B13" w:rsidRDefault="00855B13" w:rsidP="00855B13">
            <w:pPr>
              <w:keepNext/>
            </w:pPr>
            <w:r>
              <w:t>BOTOȘANI</w:t>
            </w:r>
          </w:p>
        </w:tc>
      </w:tr>
      <w:tr w:rsidR="00855B13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855B13" w:rsidRDefault="00855B13" w:rsidP="00855B13"/>
        </w:tc>
        <w:tc>
          <w:tcPr>
            <w:tcW w:w="8030" w:type="dxa"/>
            <w:gridSpan w:val="3"/>
            <w:shd w:val="clear" w:color="auto" w:fill="F0F0F0"/>
          </w:tcPr>
          <w:p w14:paraId="29340B97" w14:textId="77777777" w:rsidR="00855B13" w:rsidRDefault="00855B13" w:rsidP="00855B13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252C7A8" w14:textId="4CAD62B1" w:rsidR="00855B13" w:rsidRDefault="00855B13" w:rsidP="00855B13">
            <w:pPr>
              <w:keepNext/>
            </w:pPr>
            <w:r>
              <w:t>PRIMARUL COMUNEI BRĂEȘTI</w:t>
            </w:r>
          </w:p>
        </w:tc>
      </w:tr>
      <w:tr w:rsidR="00855B13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855B13" w:rsidRDefault="00855B13" w:rsidP="00855B13"/>
        </w:tc>
        <w:tc>
          <w:tcPr>
            <w:tcW w:w="2409" w:type="dxa"/>
            <w:shd w:val="clear" w:color="auto" w:fill="F0F0F0"/>
          </w:tcPr>
          <w:p w14:paraId="32AFFB0A" w14:textId="77777777" w:rsidR="00855B13" w:rsidRPr="00F801F2" w:rsidRDefault="00855B13" w:rsidP="00855B13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243E8733" w:rsidR="00855B13" w:rsidRPr="009D5BC3" w:rsidRDefault="00855B13" w:rsidP="00855B13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3ECB79E" w14:textId="77777777" w:rsidR="00855B13" w:rsidRDefault="00855B13" w:rsidP="00855B13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B4CE970" w14:textId="77777777" w:rsidR="00855B13" w:rsidRDefault="00855B13" w:rsidP="00855B13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40A43AA4" w14:textId="77777777" w:rsidR="00855B13" w:rsidRDefault="00855B13" w:rsidP="00855B13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4FE355EF" w14:textId="776A6DF5" w:rsidR="00855B13" w:rsidRDefault="00855B13" w:rsidP="00855B13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F271E7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F271E7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F271E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F271E7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53B3D96" w14:textId="77777777" w:rsidR="00855B13" w:rsidRPr="00F801F2" w:rsidRDefault="00855B13" w:rsidP="00855B13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08E70280" w14:textId="2C77DFA5" w:rsidR="007A6244" w:rsidRPr="009D5BC3" w:rsidRDefault="00855B13" w:rsidP="00855B13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  <w:r w:rsidRPr="009D5BC3">
              <w:rPr>
                <w:lang w:val="fr-FR"/>
              </w:rPr>
              <w:t xml:space="preserve"> </w:t>
            </w: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F271E7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F271E7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F271E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F271E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F271E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F271E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F271E7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F271E7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F271E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F271E7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F271E7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F271E7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F271E7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F271E7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F271E7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F271E7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F271E7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F271E7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F271E7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F271E7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F271E7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F271E7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B2CE" w14:textId="77777777" w:rsidR="00F271E7" w:rsidRDefault="00F271E7">
      <w:r>
        <w:separator/>
      </w:r>
    </w:p>
  </w:endnote>
  <w:endnote w:type="continuationSeparator" w:id="0">
    <w:p w14:paraId="00B45AA6" w14:textId="77777777" w:rsidR="00F271E7" w:rsidRDefault="00F27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F271E7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37533" w14:textId="77777777" w:rsidR="00F271E7" w:rsidRDefault="00F271E7">
      <w:r>
        <w:separator/>
      </w:r>
    </w:p>
  </w:footnote>
  <w:footnote w:type="continuationSeparator" w:id="0">
    <w:p w14:paraId="0D8AA1C6" w14:textId="77777777" w:rsidR="00F271E7" w:rsidRDefault="00F27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0A5A"/>
    <w:rsid w:val="0029639D"/>
    <w:rsid w:val="00326F90"/>
    <w:rsid w:val="006C103E"/>
    <w:rsid w:val="007A6244"/>
    <w:rsid w:val="007F2503"/>
    <w:rsid w:val="00855B13"/>
    <w:rsid w:val="009C5408"/>
    <w:rsid w:val="009D5BC3"/>
    <w:rsid w:val="00AA1D8D"/>
    <w:rsid w:val="00B47730"/>
    <w:rsid w:val="00CB0664"/>
    <w:rsid w:val="00D21BCF"/>
    <w:rsid w:val="00E61A6B"/>
    <w:rsid w:val="00F271E7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855B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2026-09-30T21:39:00Z</dcterms:created>
  <dcterms:modified xsi:type="dcterms:W3CDTF">2026-09-30T21:39:00Z</dcterms:modified>
  <cp:category/>
</cp:coreProperties>
</file>