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536517" w14:paraId="29022712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F64A74C" w14:textId="203A269E" w:rsidR="00536517" w:rsidRDefault="00536517" w:rsidP="00536517">
            <w:pPr>
              <w:keepNext/>
              <w:jc w:val="center"/>
            </w:pPr>
            <w:r>
              <w:rPr>
                <w:rFonts w:ascii="Arial" w:hAnsi="Arial" w:cs="Arial"/>
                <w:noProof/>
                <w:lang w:val="ro-RO" w:eastAsia="ro-RO"/>
              </w:rPr>
              <w:drawing>
                <wp:inline distT="0" distB="0" distL="0" distR="0" wp14:anchorId="71E83EFB" wp14:editId="75C51D3D">
                  <wp:extent cx="774575" cy="1045271"/>
                  <wp:effectExtent l="0" t="0" r="6985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tem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361" cy="1131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1B771A65" w14:textId="77777777" w:rsidR="00536517" w:rsidRDefault="00536517" w:rsidP="0053651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8F924B6" w14:textId="433C6876" w:rsidR="00536517" w:rsidRDefault="00536517" w:rsidP="00536517">
            <w:pPr>
              <w:keepNext/>
            </w:pPr>
            <w:r>
              <w:t>BOTOȘANI</w:t>
            </w:r>
          </w:p>
        </w:tc>
      </w:tr>
      <w:tr w:rsidR="00536517" w14:paraId="7B17993F" w14:textId="77777777">
        <w:trPr>
          <w:cantSplit/>
          <w:trHeight w:val="510"/>
        </w:trPr>
        <w:tc>
          <w:tcPr>
            <w:tcW w:w="1606" w:type="dxa"/>
            <w:vMerge/>
          </w:tcPr>
          <w:p w14:paraId="52A1A5EB" w14:textId="77777777" w:rsidR="00536517" w:rsidRDefault="00536517" w:rsidP="00536517"/>
        </w:tc>
        <w:tc>
          <w:tcPr>
            <w:tcW w:w="8030" w:type="dxa"/>
            <w:gridSpan w:val="3"/>
            <w:shd w:val="clear" w:color="auto" w:fill="F0F0F0"/>
          </w:tcPr>
          <w:p w14:paraId="7F80538D" w14:textId="77777777" w:rsidR="00536517" w:rsidRDefault="00536517" w:rsidP="00536517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7378C482" w14:textId="79123C82" w:rsidR="00536517" w:rsidRDefault="00536517" w:rsidP="00536517">
            <w:pPr>
              <w:keepNext/>
            </w:pPr>
            <w:r>
              <w:t>PRIMARUL COMUNEI BRĂEȘTI</w:t>
            </w:r>
          </w:p>
        </w:tc>
      </w:tr>
      <w:tr w:rsidR="00536517" w14:paraId="16F835A9" w14:textId="77777777">
        <w:trPr>
          <w:cantSplit/>
          <w:trHeight w:val="510"/>
        </w:trPr>
        <w:tc>
          <w:tcPr>
            <w:tcW w:w="1606" w:type="dxa"/>
            <w:vMerge/>
          </w:tcPr>
          <w:p w14:paraId="535F06FD" w14:textId="77777777" w:rsidR="00536517" w:rsidRDefault="00536517" w:rsidP="00536517"/>
        </w:tc>
        <w:tc>
          <w:tcPr>
            <w:tcW w:w="2409" w:type="dxa"/>
            <w:shd w:val="clear" w:color="auto" w:fill="F0F0F0"/>
          </w:tcPr>
          <w:p w14:paraId="4BA843D5" w14:textId="77777777" w:rsidR="00536517" w:rsidRPr="00F801F2" w:rsidRDefault="00536517" w:rsidP="00536517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1C68267E" w14:textId="113F1EEB" w:rsidR="00536517" w:rsidRPr="00E6757A" w:rsidRDefault="00536517" w:rsidP="00536517">
            <w:pPr>
              <w:keepNext/>
              <w:rPr>
                <w:lang w:val="fr-FR"/>
              </w:rPr>
            </w:pPr>
            <w:r w:rsidRPr="00C212B6">
              <w:rPr>
                <w:lang w:val="fr-FR"/>
              </w:rPr>
              <w:t>3503694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41F39D7B" w14:textId="77777777" w:rsidR="00536517" w:rsidRDefault="00536517" w:rsidP="00536517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39ED4F6D" w14:textId="77777777" w:rsidR="00536517" w:rsidRDefault="00536517" w:rsidP="00536517">
            <w:pPr>
              <w:keepNext/>
            </w:pPr>
            <w:proofErr w:type="spellStart"/>
            <w:r>
              <w:rPr>
                <w:i/>
                <w:color w:val="7A7A7A"/>
              </w:rPr>
              <w:t>sediul</w:t>
            </w:r>
            <w:proofErr w:type="spellEnd"/>
            <w:r>
              <w:rPr>
                <w:i/>
                <w:color w:val="7A7A7A"/>
              </w:rPr>
              <w:t xml:space="preserve"> · </w:t>
            </w:r>
            <w:proofErr w:type="spellStart"/>
            <w:r>
              <w:rPr>
                <w:i/>
                <w:color w:val="7A7A7A"/>
              </w:rPr>
              <w:t>telefon</w:t>
            </w:r>
            <w:proofErr w:type="spellEnd"/>
            <w:r>
              <w:rPr>
                <w:i/>
                <w:color w:val="7A7A7A"/>
              </w:rPr>
              <w:t xml:space="preserve"> · e-mail</w:t>
            </w:r>
          </w:p>
          <w:p w14:paraId="600CD6F9" w14:textId="77777777" w:rsidR="00536517" w:rsidRDefault="00536517" w:rsidP="00536517">
            <w:pPr>
              <w:keepNext/>
            </w:pPr>
            <w:r>
              <w:t xml:space="preserve">Str. Calea </w:t>
            </w:r>
            <w:proofErr w:type="spellStart"/>
            <w:r>
              <w:t>Națională</w:t>
            </w:r>
            <w:proofErr w:type="spellEnd"/>
            <w:r>
              <w:t xml:space="preserve">, nr. 41, Sat </w:t>
            </w:r>
            <w:proofErr w:type="spellStart"/>
            <w:r>
              <w:t>Brăești</w:t>
            </w:r>
            <w:proofErr w:type="spellEnd"/>
            <w:r>
              <w:t xml:space="preserve">; </w:t>
            </w:r>
            <w:r w:rsidRPr="00C212B6">
              <w:t>Tel.  0231/</w:t>
            </w:r>
            <w:proofErr w:type="gramStart"/>
            <w:r w:rsidRPr="00C212B6">
              <w:t>620023;  Fax</w:t>
            </w:r>
            <w:proofErr w:type="gramEnd"/>
            <w:r w:rsidRPr="00C212B6">
              <w:t xml:space="preserve"> 0231/620063</w:t>
            </w:r>
            <w:r>
              <w:t xml:space="preserve">; </w:t>
            </w:r>
          </w:p>
          <w:p w14:paraId="17684A54" w14:textId="679FE825" w:rsidR="00536517" w:rsidRDefault="00536517" w:rsidP="00536517">
            <w:pPr>
              <w:keepNext/>
            </w:pPr>
            <w:r w:rsidRPr="00C63B13">
              <w:t xml:space="preserve">e-mail: </w:t>
            </w:r>
            <w:hyperlink r:id="rId9" w:history="1">
              <w:r w:rsidRPr="008B79D1">
                <w:rPr>
                  <w:rStyle w:val="Hyperlink"/>
                </w:rPr>
                <w:t>primaria@comunabraesti.ro</w:t>
              </w:r>
            </w:hyperlink>
            <w:r>
              <w:t xml:space="preserve"> ; web: </w:t>
            </w:r>
            <w:hyperlink r:id="rId10" w:history="1">
              <w:r w:rsidRPr="008B79D1">
                <w:rPr>
                  <w:rStyle w:val="Hyperlink"/>
                </w:rPr>
                <w:t>www.comunabraesti.ro</w:t>
              </w:r>
            </w:hyperlink>
            <w:r>
              <w:t xml:space="preserve"> </w:t>
            </w:r>
          </w:p>
        </w:tc>
      </w:tr>
      <w:tr w:rsidR="00A11ECC" w14:paraId="4481D1BD" w14:textId="77777777">
        <w:trPr>
          <w:cantSplit/>
          <w:trHeight w:val="510"/>
        </w:trPr>
        <w:tc>
          <w:tcPr>
            <w:tcW w:w="1606" w:type="dxa"/>
            <w:vMerge/>
          </w:tcPr>
          <w:p w14:paraId="4B2F5043" w14:textId="77777777" w:rsidR="00A11ECC" w:rsidRDefault="00A11ECC"/>
        </w:tc>
        <w:tc>
          <w:tcPr>
            <w:tcW w:w="4818" w:type="dxa"/>
            <w:gridSpan w:val="2"/>
            <w:shd w:val="clear" w:color="auto" w:fill="F0F0F0"/>
          </w:tcPr>
          <w:p w14:paraId="7126F932" w14:textId="77777777" w:rsidR="00A11ECC" w:rsidRDefault="00C102E8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7F32F1B7" w14:textId="77777777" w:rsidR="00A11ECC" w:rsidRDefault="00A11ECC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606FF1BD" w14:textId="77777777" w:rsidR="00A11ECC" w:rsidRDefault="00C102E8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199CE08" w14:textId="77777777" w:rsidR="00A11ECC" w:rsidRDefault="00A11ECC">
            <w:pPr>
              <w:keepNext/>
            </w:pPr>
          </w:p>
        </w:tc>
      </w:tr>
      <w:tr w:rsidR="00A11ECC" w:rsidRPr="00182EDC" w14:paraId="2347B2A9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358086A" w14:textId="77777777" w:rsidR="00A11ECC" w:rsidRPr="00E6757A" w:rsidRDefault="00C102E8">
            <w:pPr>
              <w:rPr>
                <w:lang w:val="fr-FR"/>
              </w:rPr>
            </w:pPr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E6757A">
              <w:rPr>
                <w:i/>
                <w:color w:val="595959"/>
                <w:lang w:val="fr-FR"/>
              </w:rPr>
              <w:t>se</w:t>
            </w:r>
            <w:proofErr w:type="gram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scrie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în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09DC34E" w14:textId="77777777" w:rsidR="00A11ECC" w:rsidRPr="00E6757A" w:rsidRDefault="00A11ECC">
      <w:pPr>
        <w:spacing w:line="168" w:lineRule="auto"/>
        <w:rPr>
          <w:lang w:val="fr-FR"/>
        </w:rPr>
      </w:pPr>
    </w:p>
    <w:p w14:paraId="0F5A4CDF" w14:textId="77777777" w:rsidR="00A11ECC" w:rsidRPr="00182EDC" w:rsidRDefault="00C102E8">
      <w:pPr>
        <w:spacing w:before="140" w:after="40"/>
        <w:jc w:val="center"/>
        <w:rPr>
          <w:sz w:val="28"/>
          <w:szCs w:val="28"/>
        </w:rPr>
      </w:pPr>
      <w:r w:rsidRPr="00182EDC">
        <w:rPr>
          <w:b/>
          <w:sz w:val="28"/>
          <w:szCs w:val="28"/>
        </w:rPr>
        <w:t>ÎNȘTIINȚARE</w:t>
      </w:r>
    </w:p>
    <w:p w14:paraId="1643D012" w14:textId="77777777" w:rsidR="00A11ECC" w:rsidRDefault="00C102E8">
      <w:pPr>
        <w:spacing w:after="120"/>
        <w:jc w:val="center"/>
      </w:pPr>
      <w:r>
        <w:rPr>
          <w:sz w:val="19"/>
        </w:rPr>
        <w:t>privind începerea execuției lucrărilor</w:t>
      </w:r>
    </w:p>
    <w:p w14:paraId="4291F9D6" w14:textId="77777777" w:rsidR="00A11ECC" w:rsidRDefault="00A11ECC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14:paraId="7612C26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2A6287" w14:textId="77777777" w:rsidR="00A11ECC" w:rsidRDefault="00C102E8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11ECC" w:rsidRPr="00182EDC" w14:paraId="37740068" w14:textId="77777777">
        <w:trPr>
          <w:cantSplit/>
          <w:trHeight w:val="510"/>
        </w:trPr>
        <w:tc>
          <w:tcPr>
            <w:tcW w:w="9636" w:type="dxa"/>
          </w:tcPr>
          <w:p w14:paraId="48BA2405" w14:textId="77777777" w:rsidR="00A11ECC" w:rsidRPr="00E6757A" w:rsidRDefault="00C102E8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6FB5C794" w14:textId="77777777" w:rsidR="00536517" w:rsidRPr="00F801F2" w:rsidRDefault="00536517" w:rsidP="00536517">
            <w:pPr>
              <w:keepNext/>
              <w:rPr>
                <w:lang w:val="fr-FR"/>
              </w:rPr>
            </w:pPr>
            <w:proofErr w:type="spellStart"/>
            <w:proofErr w:type="gram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proofErr w:type="gram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municipiului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/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orașului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B6186">
              <w:rPr>
                <w:b/>
                <w:bCs/>
                <w:i/>
                <w:color w:val="7A7A7A"/>
                <w:lang w:val="fr-FR"/>
              </w:rPr>
              <w:t>comunei</w:t>
            </w:r>
            <w:proofErr w:type="spellEnd"/>
            <w:r w:rsidRPr="002B6186">
              <w:rPr>
                <w:b/>
                <w:bCs/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de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sector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consiliul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județean</w:t>
            </w:r>
            <w:proofErr w:type="spellEnd"/>
          </w:p>
          <w:p w14:paraId="5641DACE" w14:textId="0F96D316" w:rsidR="00A11ECC" w:rsidRPr="00E6757A" w:rsidRDefault="00536517" w:rsidP="00536517">
            <w:pPr>
              <w:keepNext/>
              <w:rPr>
                <w:lang w:val="fr-FR"/>
              </w:rPr>
            </w:pPr>
            <w:r>
              <w:rPr>
                <w:b/>
                <w:bCs/>
                <w:lang w:val="fr-FR"/>
              </w:rPr>
              <w:t>BRĂEȘTI</w:t>
            </w:r>
            <w:r w:rsidRPr="00E6757A">
              <w:rPr>
                <w:lang w:val="fr-FR"/>
              </w:rPr>
              <w:t xml:space="preserve"> </w:t>
            </w:r>
          </w:p>
        </w:tc>
      </w:tr>
      <w:tr w:rsidR="00A11ECC" w:rsidRPr="00182EDC" w14:paraId="57F07BFF" w14:textId="77777777">
        <w:trPr>
          <w:cantSplit/>
        </w:trPr>
        <w:tc>
          <w:tcPr>
            <w:tcW w:w="9636" w:type="dxa"/>
            <w:shd w:val="clear" w:color="auto" w:fill="F4F4F4"/>
          </w:tcPr>
          <w:p w14:paraId="78405B03" w14:textId="77777777" w:rsidR="00A11ECC" w:rsidRPr="00E6757A" w:rsidRDefault="00C102E8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Cererea</w:t>
            </w:r>
            <w:proofErr w:type="spellEnd"/>
            <w:r w:rsidRPr="00E6757A">
              <w:rPr>
                <w:lang w:val="fr-FR"/>
              </w:rPr>
              <w:t xml:space="preserve"> va fi </w:t>
            </w:r>
            <w:proofErr w:type="spellStart"/>
            <w:r w:rsidRPr="00E6757A">
              <w:rPr>
                <w:lang w:val="fr-FR"/>
              </w:rPr>
              <w:t>transmisă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către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președintele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consiliului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județean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general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de </w:t>
            </w:r>
            <w:proofErr w:type="spellStart"/>
            <w:r w:rsidRPr="00E6757A">
              <w:rPr>
                <w:lang w:val="fr-FR"/>
              </w:rPr>
              <w:t>sector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sau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municipiului</w:t>
            </w:r>
            <w:proofErr w:type="spellEnd"/>
            <w:r w:rsidRPr="00E6757A">
              <w:rPr>
                <w:lang w:val="fr-FR"/>
              </w:rPr>
              <w:t xml:space="preserve"> / </w:t>
            </w:r>
            <w:proofErr w:type="spellStart"/>
            <w:r w:rsidRPr="00E6757A">
              <w:rPr>
                <w:lang w:val="fr-FR"/>
              </w:rPr>
              <w:t>orașului</w:t>
            </w:r>
            <w:proofErr w:type="spellEnd"/>
            <w:r w:rsidRPr="00E6757A">
              <w:rPr>
                <w:lang w:val="fr-FR"/>
              </w:rPr>
              <w:t xml:space="preserve"> / </w:t>
            </w:r>
            <w:proofErr w:type="spellStart"/>
            <w:r w:rsidRPr="00E6757A">
              <w:rPr>
                <w:lang w:val="fr-FR"/>
              </w:rPr>
              <w:t>comunei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după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caz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14:paraId="3FD1D3DB" w14:textId="77777777" w:rsidR="00A11ECC" w:rsidRPr="00E6757A" w:rsidRDefault="00A11ECC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11ECC" w14:paraId="34B777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B959D0" w14:textId="77777777" w:rsidR="00A11ECC" w:rsidRDefault="00C102E8">
            <w:pPr>
              <w:keepNext/>
            </w:pPr>
            <w:r w:rsidRPr="00E6757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11ECC" w14:paraId="5E841B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D808035" w14:textId="77777777" w:rsidR="00A11ECC" w:rsidRDefault="00C102E8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5C36B89" w14:textId="77777777" w:rsidR="00A11ECC" w:rsidRDefault="00A11ECC">
            <w:pPr>
              <w:keepNext/>
            </w:pPr>
          </w:p>
        </w:tc>
        <w:tc>
          <w:tcPr>
            <w:tcW w:w="4015" w:type="dxa"/>
            <w:gridSpan w:val="3"/>
          </w:tcPr>
          <w:p w14:paraId="75015164" w14:textId="77777777" w:rsidR="00A11ECC" w:rsidRDefault="00C102E8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4E9C5560" w14:textId="77777777" w:rsidR="00A11ECC" w:rsidRDefault="00A11ECC">
            <w:pPr>
              <w:keepNext/>
            </w:pPr>
          </w:p>
        </w:tc>
      </w:tr>
      <w:tr w:rsidR="00A11ECC" w14:paraId="5222187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0D4BD0" w14:textId="77777777" w:rsidR="00A11ECC" w:rsidRDefault="00C102E8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11ECC" w14:paraId="7E1FD110" w14:textId="77777777">
        <w:trPr>
          <w:cantSplit/>
          <w:trHeight w:val="510"/>
        </w:trPr>
        <w:tc>
          <w:tcPr>
            <w:tcW w:w="1606" w:type="dxa"/>
          </w:tcPr>
          <w:p w14:paraId="011280E1" w14:textId="77777777" w:rsidR="00A11ECC" w:rsidRDefault="00C102E8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DE6E8D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5E7E72CA" w14:textId="77777777" w:rsidR="00A11ECC" w:rsidRDefault="00C102E8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6A505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5"/>
          </w:tcPr>
          <w:p w14:paraId="7DF59165" w14:textId="77777777" w:rsidR="00A11ECC" w:rsidRDefault="00C102E8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0D7D510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0315ACF2" w14:textId="77777777" w:rsidR="00A11ECC" w:rsidRDefault="00C102E8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1986321" w14:textId="77777777" w:rsidR="00A11ECC" w:rsidRDefault="00A11ECC">
            <w:pPr>
              <w:keepNext/>
            </w:pPr>
          </w:p>
        </w:tc>
      </w:tr>
      <w:tr w:rsidR="00A11ECC" w14:paraId="2B7C18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A44F1F" w14:textId="77777777" w:rsidR="00A11ECC" w:rsidRDefault="00C102E8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11ECC" w14:paraId="7103597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2D50C92" w14:textId="77777777" w:rsidR="00A11ECC" w:rsidRDefault="00C102E8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52501A06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4"/>
          </w:tcPr>
          <w:p w14:paraId="660341FA" w14:textId="77777777" w:rsidR="00A11ECC" w:rsidRDefault="00C102E8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606FFF2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75959E82" w14:textId="77777777" w:rsidR="00A11ECC" w:rsidRDefault="00C102E8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07EED8E4" w14:textId="77777777" w:rsidR="00A11ECC" w:rsidRDefault="00A11ECC">
            <w:pPr>
              <w:keepNext/>
            </w:pPr>
          </w:p>
        </w:tc>
      </w:tr>
      <w:tr w:rsidR="00A11ECC" w14:paraId="7BDBDAA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88B7A94" w14:textId="77777777" w:rsidR="00A11ECC" w:rsidRDefault="00C102E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9EA4587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B7A03A3" w14:textId="77777777" w:rsidR="00A11ECC" w:rsidRDefault="00C102E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2EA7BE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489F1D5C" w14:textId="77777777" w:rsidR="00A11ECC" w:rsidRDefault="00C102E8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B363C39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AB11C78" w14:textId="77777777" w:rsidR="00A11ECC" w:rsidRDefault="00C102E8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79DDF3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E882C1A" w14:textId="77777777" w:rsidR="00A11ECC" w:rsidRDefault="00C102E8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91097FF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2CA3CE1B" w14:textId="77777777" w:rsidR="00A11ECC" w:rsidRDefault="00C102E8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2326ABB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1D955C86" w14:textId="77777777" w:rsidR="00A11ECC" w:rsidRDefault="00C102E8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060B5581" w14:textId="77777777" w:rsidR="00A11ECC" w:rsidRDefault="00A11ECC">
            <w:pPr>
              <w:keepNext/>
            </w:pPr>
          </w:p>
        </w:tc>
      </w:tr>
      <w:tr w:rsidR="00A11ECC" w14:paraId="4DC3EAC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6019A0" w14:textId="77777777" w:rsidR="00A11ECC" w:rsidRDefault="00C102E8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11ECC" w14:paraId="018EC0C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121A4C" w14:textId="77777777" w:rsidR="00A11ECC" w:rsidRDefault="00C102E8">
            <w:r>
              <w:rPr>
                <w:b/>
                <w:color w:val="0D5F78"/>
              </w:rPr>
              <w:t>Telefon / fax</w:t>
            </w:r>
          </w:p>
          <w:p w14:paraId="0187BF30" w14:textId="77777777" w:rsidR="00A11ECC" w:rsidRDefault="00A11ECC"/>
        </w:tc>
        <w:tc>
          <w:tcPr>
            <w:tcW w:w="5621" w:type="dxa"/>
            <w:gridSpan w:val="5"/>
          </w:tcPr>
          <w:p w14:paraId="4FBE455D" w14:textId="77777777" w:rsidR="00A11ECC" w:rsidRDefault="00C102E8">
            <w:r>
              <w:rPr>
                <w:b/>
                <w:color w:val="0D5F78"/>
              </w:rPr>
              <w:t>E-mail</w:t>
            </w:r>
          </w:p>
          <w:p w14:paraId="5177F214" w14:textId="77777777" w:rsidR="00A11ECC" w:rsidRDefault="00A11ECC"/>
        </w:tc>
      </w:tr>
    </w:tbl>
    <w:p w14:paraId="5C86987D" w14:textId="77777777"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11ECC" w:rsidRPr="00182EDC" w14:paraId="1367784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294D977" w14:textId="77777777" w:rsidR="00A11ECC" w:rsidRPr="00E6757A" w:rsidRDefault="00C102E8">
            <w:pPr>
              <w:keepNext/>
              <w:rPr>
                <w:lang w:val="fr-FR"/>
              </w:rPr>
            </w:pPr>
            <w:r w:rsidRPr="00E6757A">
              <w:rPr>
                <w:b/>
                <w:sz w:val="16"/>
                <w:lang w:val="fr-FR"/>
              </w:rPr>
              <w:t xml:space="preserve"> 3. </w:t>
            </w:r>
            <w:r w:rsidRPr="00E6757A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11ECC" w14:paraId="459283F5" w14:textId="77777777">
        <w:trPr>
          <w:cantSplit/>
          <w:trHeight w:val="510"/>
        </w:trPr>
        <w:tc>
          <w:tcPr>
            <w:tcW w:w="1606" w:type="dxa"/>
          </w:tcPr>
          <w:p w14:paraId="037F2C85" w14:textId="77777777" w:rsidR="00A11ECC" w:rsidRDefault="00C102E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40DB982C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4369B01E" w14:textId="77777777" w:rsidR="00A11ECC" w:rsidRDefault="00C102E8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8964A76" w14:textId="77777777" w:rsidR="00A11ECC" w:rsidRDefault="00A11ECC">
            <w:pPr>
              <w:keepNext/>
            </w:pPr>
          </w:p>
        </w:tc>
        <w:tc>
          <w:tcPr>
            <w:tcW w:w="5621" w:type="dxa"/>
          </w:tcPr>
          <w:p w14:paraId="48B3695B" w14:textId="77777777" w:rsidR="00A11ECC" w:rsidRDefault="00C102E8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25DDB5C1" w14:textId="77777777" w:rsidR="00A11ECC" w:rsidRDefault="00A11ECC">
            <w:pPr>
              <w:keepNext/>
            </w:pPr>
          </w:p>
        </w:tc>
      </w:tr>
      <w:tr w:rsidR="00A11ECC" w14:paraId="5C8E1AD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DD157D" w14:textId="77777777" w:rsidR="00A11ECC" w:rsidRDefault="00C102E8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11ECC" w:rsidRPr="00182EDC" w14:paraId="3EFBA0A3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2A7F641" w14:textId="77777777" w:rsidR="00A11ECC" w:rsidRPr="00E6757A" w:rsidRDefault="00C102E8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și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din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109F0125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14:paraId="795F9BF6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64E6FE5" w14:textId="77777777" w:rsidR="00A11ECC" w:rsidRDefault="00C102E8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1A278680" w14:textId="77777777" w:rsidR="00A11ECC" w:rsidRDefault="00A11ECC"/>
        </w:tc>
      </w:tr>
    </w:tbl>
    <w:p w14:paraId="63EF26CC" w14:textId="77777777" w:rsidR="00A11ECC" w:rsidRDefault="00A11ECC">
      <w:pPr>
        <w:spacing w:line="168" w:lineRule="auto"/>
      </w:pPr>
    </w:p>
    <w:p w14:paraId="504C3BAB" w14:textId="7646A303" w:rsidR="00A11ECC" w:rsidRPr="00182EDC" w:rsidRDefault="00E6757A" w:rsidP="00E6757A">
      <w:pPr>
        <w:tabs>
          <w:tab w:val="center" w:pos="4819"/>
          <w:tab w:val="left" w:pos="7608"/>
        </w:tabs>
        <w:spacing w:before="140" w:after="40"/>
        <w:rPr>
          <w:sz w:val="28"/>
          <w:szCs w:val="28"/>
        </w:rPr>
      </w:pPr>
      <w:r>
        <w:rPr>
          <w:b/>
          <w:sz w:val="34"/>
        </w:rPr>
        <w:tab/>
      </w:r>
      <w:r w:rsidRPr="00182EDC">
        <w:rPr>
          <w:b/>
          <w:sz w:val="28"/>
          <w:szCs w:val="28"/>
        </w:rPr>
        <w:t>ADUC LA CUNOȘTINȚĂ</w:t>
      </w:r>
      <w:r w:rsidRPr="00182EDC">
        <w:rPr>
          <w:b/>
          <w:sz w:val="28"/>
          <w:szCs w:val="28"/>
        </w:rPr>
        <w:tab/>
      </w:r>
    </w:p>
    <w:p w14:paraId="1799DE9F" w14:textId="77777777" w:rsidR="00A11ECC" w:rsidRDefault="00A11ECC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11ECC" w14:paraId="47D7F709" w14:textId="77777777">
        <w:trPr>
          <w:cantSplit/>
          <w:trHeight w:val="510"/>
        </w:trPr>
        <w:tc>
          <w:tcPr>
            <w:tcW w:w="2409" w:type="dxa"/>
          </w:tcPr>
          <w:p w14:paraId="04FE48E4" w14:textId="77777777" w:rsidR="00A11ECC" w:rsidRDefault="00C102E8">
            <w:r>
              <w:rPr>
                <w:b/>
                <w:color w:val="0D5F78"/>
              </w:rPr>
              <w:t>Că la data de</w:t>
            </w:r>
          </w:p>
          <w:p w14:paraId="2A3EFF1D" w14:textId="77777777" w:rsidR="00A11ECC" w:rsidRDefault="00A11ECC"/>
        </w:tc>
        <w:tc>
          <w:tcPr>
            <w:tcW w:w="1606" w:type="dxa"/>
          </w:tcPr>
          <w:p w14:paraId="4DCDBC6C" w14:textId="77777777" w:rsidR="00A11ECC" w:rsidRDefault="00C102E8">
            <w:r>
              <w:rPr>
                <w:b/>
                <w:color w:val="0D5F78"/>
              </w:rPr>
              <w:t>ora</w:t>
            </w:r>
          </w:p>
          <w:p w14:paraId="68C2609C" w14:textId="77777777" w:rsidR="00A11ECC" w:rsidRDefault="00A11ECC"/>
        </w:tc>
        <w:tc>
          <w:tcPr>
            <w:tcW w:w="5621" w:type="dxa"/>
          </w:tcPr>
          <w:p w14:paraId="040137A9" w14:textId="77777777" w:rsidR="00A11ECC" w:rsidRPr="00E6757A" w:rsidRDefault="00C102E8">
            <w:pPr>
              <w:rPr>
                <w:lang w:val="fr-FR"/>
              </w:rPr>
            </w:pPr>
            <w:proofErr w:type="gramStart"/>
            <w:r w:rsidRPr="00E6757A">
              <w:rPr>
                <w:b/>
                <w:color w:val="0D5F78"/>
                <w:lang w:val="fr-FR"/>
              </w:rPr>
              <w:t>vor</w:t>
            </w:r>
            <w:proofErr w:type="gram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începe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3DC112F4" w14:textId="77777777" w:rsidR="00A11ECC" w:rsidRDefault="00C102E8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jos</w:t>
            </w:r>
          </w:p>
          <w:p w14:paraId="3300FC33" w14:textId="77777777" w:rsidR="00A11ECC" w:rsidRDefault="00A11ECC"/>
        </w:tc>
      </w:tr>
    </w:tbl>
    <w:p w14:paraId="432CEB30" w14:textId="77777777"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11ECC" w14:paraId="26100B2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D475EE4" w14:textId="77777777" w:rsidR="00A11ECC" w:rsidRDefault="00C102E8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11ECC" w14:paraId="7ACF282A" w14:textId="77777777">
        <w:trPr>
          <w:cantSplit/>
        </w:trPr>
        <w:tc>
          <w:tcPr>
            <w:tcW w:w="9636" w:type="dxa"/>
            <w:gridSpan w:val="6"/>
          </w:tcPr>
          <w:p w14:paraId="50878A3D" w14:textId="77777777" w:rsidR="00A11ECC" w:rsidRDefault="00C102E8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11ECC" w14:paraId="049C915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844C392" w14:textId="77777777" w:rsidR="00A11ECC" w:rsidRDefault="00C102E8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010FC309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54B9E1A5" w14:textId="77777777" w:rsidR="00A11ECC" w:rsidRDefault="00C102E8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7A126BAD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2FB9D75E" w14:textId="77777777" w:rsidR="00A11ECC" w:rsidRDefault="00C102E8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0787ED05" w14:textId="77777777" w:rsidR="00A11ECC" w:rsidRDefault="00A11ECC">
            <w:pPr>
              <w:keepNext/>
            </w:pPr>
          </w:p>
        </w:tc>
      </w:tr>
      <w:tr w:rsidR="00A11ECC" w14:paraId="36DAE126" w14:textId="77777777">
        <w:trPr>
          <w:cantSplit/>
          <w:trHeight w:val="510"/>
        </w:trPr>
        <w:tc>
          <w:tcPr>
            <w:tcW w:w="1606" w:type="dxa"/>
          </w:tcPr>
          <w:p w14:paraId="057F8242" w14:textId="77777777" w:rsidR="00A11ECC" w:rsidRDefault="00C102E8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7B4C970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3"/>
          </w:tcPr>
          <w:p w14:paraId="3DA08EA7" w14:textId="77777777" w:rsidR="00A11ECC" w:rsidRDefault="00C102E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38D62A6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20E6D2B" w14:textId="77777777" w:rsidR="00A11ECC" w:rsidRDefault="00C102E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E7EF5EB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57AD1668" w14:textId="77777777" w:rsidR="00A11ECC" w:rsidRDefault="00C102E8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6416C0C" w14:textId="77777777" w:rsidR="00A11ECC" w:rsidRDefault="00A11ECC">
            <w:pPr>
              <w:keepNext/>
            </w:pPr>
          </w:p>
        </w:tc>
      </w:tr>
      <w:tr w:rsidR="00A11ECC" w14:paraId="4C590D1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5FC5203" w14:textId="77777777" w:rsidR="00A11ECC" w:rsidRPr="00E6757A" w:rsidRDefault="00C102E8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Număr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cadastral</w:t>
            </w:r>
          </w:p>
          <w:p w14:paraId="3BE30373" w14:textId="77777777" w:rsidR="00A11ECC" w:rsidRPr="00E6757A" w:rsidRDefault="00C102E8">
            <w:pPr>
              <w:keepNext/>
              <w:rPr>
                <w:lang w:val="fr-FR"/>
              </w:rPr>
            </w:pPr>
            <w:proofErr w:type="spellStart"/>
            <w:proofErr w:type="gramStart"/>
            <w:r w:rsidRPr="00E6757A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e-Terra</w:t>
            </w:r>
          </w:p>
          <w:p w14:paraId="0F081BC3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51DB82B" w14:textId="77777777" w:rsidR="00A11ECC" w:rsidRDefault="00C102E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2F2988" w14:textId="77777777" w:rsidR="00A11ECC" w:rsidRDefault="00A11ECC">
            <w:pPr>
              <w:keepNext/>
            </w:pPr>
          </w:p>
        </w:tc>
      </w:tr>
    </w:tbl>
    <w:p w14:paraId="30B8E0EC" w14:textId="77777777"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11ECC" w14:paraId="031C2B49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F999CAB" w14:textId="77777777" w:rsidR="00A11ECC" w:rsidRDefault="00C102E8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11ECC" w14:paraId="70317068" w14:textId="77777777">
        <w:trPr>
          <w:cantSplit/>
          <w:trHeight w:val="510"/>
        </w:trPr>
        <w:tc>
          <w:tcPr>
            <w:tcW w:w="1606" w:type="dxa"/>
          </w:tcPr>
          <w:p w14:paraId="6AB536DB" w14:textId="77777777" w:rsidR="00A11ECC" w:rsidRDefault="00C102E8">
            <w:r>
              <w:rPr>
                <w:b/>
                <w:color w:val="0D5F78"/>
              </w:rPr>
              <w:t>Data</w:t>
            </w:r>
          </w:p>
          <w:p w14:paraId="45065743" w14:textId="77777777" w:rsidR="00A11ECC" w:rsidRDefault="00A11ECC"/>
        </w:tc>
        <w:tc>
          <w:tcPr>
            <w:tcW w:w="4818" w:type="dxa"/>
          </w:tcPr>
          <w:p w14:paraId="1F4E7ECE" w14:textId="77777777" w:rsidR="00A11ECC" w:rsidRDefault="00C102E8">
            <w:r>
              <w:rPr>
                <w:b/>
                <w:color w:val="0D5F78"/>
              </w:rPr>
              <w:t>Titularul autorizației</w:t>
            </w:r>
          </w:p>
          <w:p w14:paraId="21637A08" w14:textId="77777777" w:rsidR="00A11ECC" w:rsidRDefault="00A11ECC"/>
        </w:tc>
        <w:tc>
          <w:tcPr>
            <w:tcW w:w="3212" w:type="dxa"/>
          </w:tcPr>
          <w:p w14:paraId="004D4C8B" w14:textId="77777777" w:rsidR="00A11ECC" w:rsidRDefault="00C102E8">
            <w:r>
              <w:rPr>
                <w:b/>
                <w:color w:val="0D5F78"/>
              </w:rPr>
              <w:t>Semnătura</w:t>
            </w:r>
          </w:p>
          <w:p w14:paraId="307E167C" w14:textId="77777777" w:rsidR="00A11ECC" w:rsidRDefault="00A11ECC"/>
        </w:tc>
      </w:tr>
    </w:tbl>
    <w:p w14:paraId="33B23A72" w14:textId="77777777"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:rsidRPr="00182EDC" w14:paraId="5723B871" w14:textId="77777777">
        <w:trPr>
          <w:cantSplit/>
        </w:trPr>
        <w:tc>
          <w:tcPr>
            <w:tcW w:w="9636" w:type="dxa"/>
            <w:shd w:val="clear" w:color="auto" w:fill="F4F4F4"/>
          </w:tcPr>
          <w:p w14:paraId="5778FA35" w14:textId="77777777" w:rsidR="00A11ECC" w:rsidRPr="00E6757A" w:rsidRDefault="00C102E8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Formularul</w:t>
            </w:r>
            <w:proofErr w:type="spellEnd"/>
            <w:r w:rsidRPr="00E6757A">
              <w:rPr>
                <w:lang w:val="fr-FR"/>
              </w:rPr>
              <w:t xml:space="preserve"> se </w:t>
            </w:r>
            <w:proofErr w:type="spellStart"/>
            <w:r w:rsidRPr="00E6757A">
              <w:rPr>
                <w:lang w:val="fr-FR"/>
              </w:rPr>
              <w:t>anexează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autorizația</w:t>
            </w:r>
            <w:proofErr w:type="spellEnd"/>
            <w:r w:rsidRPr="00E6757A">
              <w:rPr>
                <w:lang w:val="fr-FR"/>
              </w:rPr>
              <w:t xml:space="preserve"> de construire / </w:t>
            </w:r>
            <w:proofErr w:type="spellStart"/>
            <w:r w:rsidRPr="00E6757A">
              <w:rPr>
                <w:lang w:val="fr-FR"/>
              </w:rPr>
              <w:t>desființare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două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exemplare</w:t>
            </w:r>
            <w:proofErr w:type="spellEnd"/>
            <w:r w:rsidRPr="00E6757A">
              <w:rPr>
                <w:lang w:val="fr-FR"/>
              </w:rPr>
              <w:t xml:space="preserve">. </w:t>
            </w:r>
            <w:proofErr w:type="spellStart"/>
            <w:r w:rsidRPr="00E6757A">
              <w:rPr>
                <w:lang w:val="fr-FR"/>
              </w:rPr>
              <w:t>Titularul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autorizației</w:t>
            </w:r>
            <w:proofErr w:type="spellEnd"/>
            <w:r w:rsidRPr="00E6757A">
              <w:rPr>
                <w:lang w:val="fr-FR"/>
              </w:rPr>
              <w:t xml:space="preserve"> este </w:t>
            </w:r>
            <w:proofErr w:type="spellStart"/>
            <w:r w:rsidRPr="00E6757A">
              <w:rPr>
                <w:lang w:val="fr-FR"/>
              </w:rPr>
              <w:t>obligat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să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păstreze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șantier</w:t>
            </w:r>
            <w:proofErr w:type="spellEnd"/>
            <w:r w:rsidRPr="00E6757A">
              <w:rPr>
                <w:lang w:val="fr-FR"/>
              </w:rPr>
              <w:t xml:space="preserve"> un </w:t>
            </w:r>
            <w:proofErr w:type="spellStart"/>
            <w:r w:rsidRPr="00E6757A">
              <w:rPr>
                <w:lang w:val="fr-FR"/>
              </w:rPr>
              <w:t>exemplar</w:t>
            </w:r>
            <w:proofErr w:type="spellEnd"/>
            <w:r w:rsidRPr="00E6757A">
              <w:rPr>
                <w:lang w:val="fr-FR"/>
              </w:rPr>
              <w:t xml:space="preserve"> al </w:t>
            </w:r>
            <w:proofErr w:type="spellStart"/>
            <w:r w:rsidRPr="00E6757A">
              <w:rPr>
                <w:lang w:val="fr-FR"/>
              </w:rPr>
              <w:t>acestei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înștiințări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cu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numărul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și</w:t>
            </w:r>
            <w:proofErr w:type="spellEnd"/>
            <w:r w:rsidRPr="00E6757A">
              <w:rPr>
                <w:lang w:val="fr-FR"/>
              </w:rPr>
              <w:t xml:space="preserve"> data </w:t>
            </w:r>
            <w:proofErr w:type="spellStart"/>
            <w:r w:rsidRPr="00E6757A">
              <w:rPr>
                <w:lang w:val="fr-FR"/>
              </w:rPr>
              <w:t>înregistrării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autoritatea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emitentă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14:paraId="1067A431" w14:textId="77777777" w:rsidR="00A11ECC" w:rsidRPr="00E6757A" w:rsidRDefault="00A11ECC">
      <w:pPr>
        <w:spacing w:line="168" w:lineRule="auto"/>
        <w:rPr>
          <w:lang w:val="fr-FR"/>
        </w:rPr>
      </w:pPr>
    </w:p>
    <w:sectPr w:rsidR="00A11ECC" w:rsidRPr="00E6757A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8EF2E" w14:textId="77777777" w:rsidR="00C102E8" w:rsidRDefault="00C102E8">
      <w:r>
        <w:separator/>
      </w:r>
    </w:p>
  </w:endnote>
  <w:endnote w:type="continuationSeparator" w:id="0">
    <w:p w14:paraId="0742A5FF" w14:textId="77777777" w:rsidR="00C102E8" w:rsidRDefault="00C10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FAD8D" w14:textId="547B7A71" w:rsidR="00A11ECC" w:rsidRDefault="00C102E8">
    <w:pPr>
      <w:pStyle w:val="Subsol"/>
      <w:tabs>
        <w:tab w:val="right" w:pos="9639"/>
      </w:tabs>
    </w:pPr>
    <w:r>
      <w:rPr>
        <w:color w:val="595959"/>
      </w:rPr>
      <w:t>F_A_0</w:t>
    </w:r>
    <w:r w:rsidR="00182EDC">
      <w:rPr>
        <w:color w:val="595959"/>
      </w:rPr>
      <w:t>8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6757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6757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9E3D8" w14:textId="77777777" w:rsidR="00C102E8" w:rsidRDefault="00C102E8">
      <w:r>
        <w:separator/>
      </w:r>
    </w:p>
  </w:footnote>
  <w:footnote w:type="continuationSeparator" w:id="0">
    <w:p w14:paraId="1C2F8521" w14:textId="77777777" w:rsidR="00C102E8" w:rsidRDefault="00C102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9611888">
    <w:abstractNumId w:val="8"/>
  </w:num>
  <w:num w:numId="2" w16cid:durableId="1429814677">
    <w:abstractNumId w:val="6"/>
  </w:num>
  <w:num w:numId="3" w16cid:durableId="1434588032">
    <w:abstractNumId w:val="5"/>
  </w:num>
  <w:num w:numId="4" w16cid:durableId="862592027">
    <w:abstractNumId w:val="4"/>
  </w:num>
  <w:num w:numId="5" w16cid:durableId="1345128852">
    <w:abstractNumId w:val="7"/>
  </w:num>
  <w:num w:numId="6" w16cid:durableId="629365156">
    <w:abstractNumId w:val="3"/>
  </w:num>
  <w:num w:numId="7" w16cid:durableId="482157275">
    <w:abstractNumId w:val="2"/>
  </w:num>
  <w:num w:numId="8" w16cid:durableId="1442381932">
    <w:abstractNumId w:val="1"/>
  </w:num>
  <w:num w:numId="9" w16cid:durableId="1382054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1C0"/>
    <w:rsid w:val="00123DA8"/>
    <w:rsid w:val="0015074B"/>
    <w:rsid w:val="00182EDC"/>
    <w:rsid w:val="001F772B"/>
    <w:rsid w:val="00240A5A"/>
    <w:rsid w:val="0029639D"/>
    <w:rsid w:val="00326F90"/>
    <w:rsid w:val="00536517"/>
    <w:rsid w:val="006C103E"/>
    <w:rsid w:val="00A11ECC"/>
    <w:rsid w:val="00AA1D8D"/>
    <w:rsid w:val="00B47730"/>
    <w:rsid w:val="00C102E8"/>
    <w:rsid w:val="00CB0664"/>
    <w:rsid w:val="00E61A6B"/>
    <w:rsid w:val="00E675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E95A5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5365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comunabraesti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maria@comunabraesti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Asus</cp:lastModifiedBy>
  <cp:revision>2</cp:revision>
  <dcterms:created xsi:type="dcterms:W3CDTF">2026-09-30T21:42:00Z</dcterms:created>
  <dcterms:modified xsi:type="dcterms:W3CDTF">2026-09-30T21:42:00Z</dcterms:modified>
  <cp:category/>
</cp:coreProperties>
</file>