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C48BF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24D7A04B" w:rsidR="00FC48BF" w:rsidRDefault="00FC48BF" w:rsidP="00FC48BF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F2D3150" wp14:editId="03C9C2A0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9F3E77A" w14:textId="77777777" w:rsidR="00FC48BF" w:rsidRDefault="00FC48BF" w:rsidP="00FC48B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3D9566" w14:textId="0D03FF73" w:rsidR="00FC48BF" w:rsidRDefault="00FC48BF" w:rsidP="00FC48BF">
            <w:pPr>
              <w:keepNext/>
            </w:pPr>
            <w:r>
              <w:t>BOTOȘANI</w:t>
            </w:r>
          </w:p>
        </w:tc>
      </w:tr>
      <w:tr w:rsidR="00FC48BF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FC48BF" w:rsidRDefault="00FC48BF" w:rsidP="00FC48BF"/>
        </w:tc>
        <w:tc>
          <w:tcPr>
            <w:tcW w:w="8030" w:type="dxa"/>
            <w:gridSpan w:val="3"/>
            <w:shd w:val="clear" w:color="auto" w:fill="F0F0F0"/>
          </w:tcPr>
          <w:p w14:paraId="6D6BA73B" w14:textId="77777777" w:rsidR="00FC48BF" w:rsidRDefault="00FC48BF" w:rsidP="00FC48B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11B3CAD" w14:textId="55FB7513" w:rsidR="00FC48BF" w:rsidRDefault="00FC48BF" w:rsidP="00FC48BF">
            <w:pPr>
              <w:keepNext/>
            </w:pPr>
            <w:r>
              <w:t>PRIMARUL COMUNEI BRĂEȘTI</w:t>
            </w:r>
          </w:p>
        </w:tc>
      </w:tr>
      <w:tr w:rsidR="00FC48BF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FC48BF" w:rsidRDefault="00FC48BF" w:rsidP="00FC48BF"/>
        </w:tc>
        <w:tc>
          <w:tcPr>
            <w:tcW w:w="2409" w:type="dxa"/>
            <w:shd w:val="clear" w:color="auto" w:fill="F0F0F0"/>
          </w:tcPr>
          <w:p w14:paraId="2AC73072" w14:textId="77777777" w:rsidR="00FC48BF" w:rsidRPr="00F801F2" w:rsidRDefault="00FC48BF" w:rsidP="00FC48BF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369A5763" w:rsidR="00FC48BF" w:rsidRPr="007050CD" w:rsidRDefault="00FC48BF" w:rsidP="00FC48BF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04DA072" w14:textId="77777777" w:rsidR="00FC48BF" w:rsidRDefault="00FC48BF" w:rsidP="00FC48B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D111A91" w14:textId="77777777" w:rsidR="00FC48BF" w:rsidRDefault="00FC48BF" w:rsidP="00FC48BF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24350EC2" w14:textId="77777777" w:rsidR="00FC48BF" w:rsidRDefault="00FC48BF" w:rsidP="00FC48BF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1C11E709" w14:textId="2283F967" w:rsidR="00FC48BF" w:rsidRDefault="00FC48BF" w:rsidP="00FC48BF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F12C53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F12C53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F12C53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F12C5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3DA2A0BE" w14:textId="77777777" w:rsidR="00FC48BF" w:rsidRPr="00F801F2" w:rsidRDefault="00FC48BF" w:rsidP="00FC48BF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29E26C9F" w14:textId="22FD770F" w:rsidR="00AD35FD" w:rsidRPr="007050CD" w:rsidRDefault="00FC48BF" w:rsidP="00FC48BF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F12C53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F12C53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F12C53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F12C53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F12C5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F12C53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F12C53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F12C53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F12C53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F12C53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F12C53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F12C53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F12C53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F12C53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F12C53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F12C53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F12C5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F12C53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F12C53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F12C53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F12C5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F12C5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F12C53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F12C53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F12C53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F12C53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F12C53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F12C53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C1F0" w14:textId="77777777" w:rsidR="00F12C53" w:rsidRDefault="00F12C53">
      <w:r>
        <w:separator/>
      </w:r>
    </w:p>
  </w:endnote>
  <w:endnote w:type="continuationSeparator" w:id="0">
    <w:p w14:paraId="70A28B37" w14:textId="77777777" w:rsidR="00F12C53" w:rsidRDefault="00F1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F12C53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9C48" w14:textId="77777777" w:rsidR="00F12C53" w:rsidRDefault="00F12C53">
      <w:r>
        <w:separator/>
      </w:r>
    </w:p>
  </w:footnote>
  <w:footnote w:type="continuationSeparator" w:id="0">
    <w:p w14:paraId="46FBA68F" w14:textId="77777777" w:rsidR="00F12C53" w:rsidRDefault="00F12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6F"/>
    <w:rsid w:val="00240A5A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12C53"/>
    <w:rsid w:val="00FC48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FC48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2026-09-30T21:43:00Z</dcterms:created>
  <dcterms:modified xsi:type="dcterms:W3CDTF">2026-09-30T21:43:00Z</dcterms:modified>
  <cp:category/>
</cp:coreProperties>
</file>