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5743C330" w:rsidR="00E25052" w:rsidRDefault="00C212B6">
            <w:pPr>
              <w:keepNext/>
              <w:jc w:val="center"/>
              <w:rPr>
                <w:i/>
                <w:color w:val="595959"/>
              </w:rPr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5DA3EE0A" wp14:editId="74EFDB28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1BE256F2" w:rsidR="00E25052" w:rsidRDefault="00C212B6">
            <w:pPr>
              <w:keepNext/>
            </w:pPr>
            <w:r>
              <w:t>BOTOȘANI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504BC64D" w:rsidR="00E25052" w:rsidRDefault="00C212B6">
            <w:pPr>
              <w:keepNext/>
            </w:pPr>
            <w:r>
              <w:t>PRIMARUL COMUNEI BRĂEȘTI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D51C2C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147FDC01" w:rsidR="00E25052" w:rsidRPr="00F801F2" w:rsidRDefault="00C212B6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D51C2C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B62640E" w14:textId="77777777" w:rsidR="00E25052" w:rsidRDefault="00D51C2C">
            <w:pPr>
              <w:keepNext/>
            </w:pPr>
            <w:r>
              <w:rPr>
                <w:i/>
                <w:color w:val="7A7A7A"/>
              </w:rPr>
              <w:t>sediul · telefon · e-mail</w:t>
            </w:r>
          </w:p>
          <w:p w14:paraId="61E954F5" w14:textId="77777777" w:rsidR="00C63B13" w:rsidRDefault="00C212B6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78A52A4D" w14:textId="57862680" w:rsidR="00E25052" w:rsidRDefault="00C63B13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D51C2C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D51C2C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D51C2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D51C2C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33DD547" w14:textId="77777777" w:rsidR="00C212B6" w:rsidRPr="00F801F2" w:rsidRDefault="00C212B6" w:rsidP="00C212B6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B3D1BF3" w14:textId="750FA465" w:rsidR="00E25052" w:rsidRPr="00F801F2" w:rsidRDefault="00C212B6" w:rsidP="00C212B6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D51C2C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D51C2C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D51C2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D51C2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D51C2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D51C2C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D51C2C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D51C2C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D51C2C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D51C2C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D51C2C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D51C2C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D51C2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D51C2C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D51C2C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D51C2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D51C2C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D51C2C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D51C2C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D51C2C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D51C2C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D51C2C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D51C2C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D51C2C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1"/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159C" w14:textId="77777777" w:rsidR="00D51C2C" w:rsidRDefault="00D51C2C">
      <w:r>
        <w:separator/>
      </w:r>
    </w:p>
  </w:endnote>
  <w:endnote w:type="continuationSeparator" w:id="0">
    <w:p w14:paraId="6B4ED3A5" w14:textId="77777777" w:rsidR="00D51C2C" w:rsidRDefault="00D5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3C8EA" w14:textId="77777777" w:rsidR="00D51C2C" w:rsidRDefault="00D51C2C">
      <w:r>
        <w:separator/>
      </w:r>
    </w:p>
  </w:footnote>
  <w:footnote w:type="continuationSeparator" w:id="0">
    <w:p w14:paraId="661408A3" w14:textId="77777777" w:rsidR="00D51C2C" w:rsidRDefault="00D51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5B4"/>
    <w:rsid w:val="0015074B"/>
    <w:rsid w:val="0021562A"/>
    <w:rsid w:val="00240A5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212B6"/>
    <w:rsid w:val="00C63B13"/>
    <w:rsid w:val="00CB0664"/>
    <w:rsid w:val="00D51C2C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C63B13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63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2026-09-30T21:33:00Z</dcterms:created>
  <dcterms:modified xsi:type="dcterms:W3CDTF">2026-09-30T21:33:00Z</dcterms:modified>
  <cp:category/>
</cp:coreProperties>
</file>