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549F8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3F1071F2" w:rsidR="009549F8" w:rsidRDefault="009549F8" w:rsidP="009549F8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74F039A9" wp14:editId="3EE1060D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5D875D2" w14:textId="77777777" w:rsidR="009549F8" w:rsidRDefault="009549F8" w:rsidP="009549F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A49159" w14:textId="5C2CB9F3" w:rsidR="009549F8" w:rsidRDefault="009549F8" w:rsidP="009549F8">
            <w:pPr>
              <w:keepNext/>
            </w:pPr>
            <w:r>
              <w:t>BOTOȘANI</w:t>
            </w:r>
          </w:p>
        </w:tc>
      </w:tr>
      <w:tr w:rsidR="009549F8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9549F8" w:rsidRDefault="009549F8" w:rsidP="009549F8"/>
        </w:tc>
        <w:tc>
          <w:tcPr>
            <w:tcW w:w="8030" w:type="dxa"/>
            <w:gridSpan w:val="3"/>
            <w:shd w:val="clear" w:color="auto" w:fill="F0F0F0"/>
          </w:tcPr>
          <w:p w14:paraId="3AE6961D" w14:textId="77777777" w:rsidR="009549F8" w:rsidRDefault="009549F8" w:rsidP="009549F8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4E7F576" w14:textId="3B19B386" w:rsidR="009549F8" w:rsidRDefault="009549F8" w:rsidP="009549F8">
            <w:pPr>
              <w:keepNext/>
            </w:pPr>
            <w:r>
              <w:t>PRIMARUL COMUNEI BRĂEȘTI</w:t>
            </w:r>
          </w:p>
        </w:tc>
      </w:tr>
      <w:tr w:rsidR="009549F8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9549F8" w:rsidRDefault="009549F8" w:rsidP="009549F8"/>
        </w:tc>
        <w:tc>
          <w:tcPr>
            <w:tcW w:w="2409" w:type="dxa"/>
            <w:shd w:val="clear" w:color="auto" w:fill="F0F0F0"/>
          </w:tcPr>
          <w:p w14:paraId="6408DF1D" w14:textId="77777777" w:rsidR="009549F8" w:rsidRPr="00F801F2" w:rsidRDefault="009549F8" w:rsidP="009549F8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436447A8" w:rsidR="009549F8" w:rsidRPr="006257CA" w:rsidRDefault="009549F8" w:rsidP="009549F8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C705F1F" w14:textId="77777777" w:rsidR="009549F8" w:rsidRDefault="009549F8" w:rsidP="009549F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DFDDCA3" w14:textId="77777777" w:rsidR="009549F8" w:rsidRDefault="009549F8" w:rsidP="009549F8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1F0631C8" w14:textId="77777777" w:rsidR="009549F8" w:rsidRDefault="009549F8" w:rsidP="009549F8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0EA9E139" w14:textId="4BB093F5" w:rsidR="009549F8" w:rsidRDefault="009549F8" w:rsidP="009549F8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A5606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A5606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A5606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A5606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0A94615" w14:textId="77777777" w:rsidR="009549F8" w:rsidRPr="00F801F2" w:rsidRDefault="009549F8" w:rsidP="009549F8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258CF99" w14:textId="13C0CFE9" w:rsidR="001E1635" w:rsidRPr="006257CA" w:rsidRDefault="009549F8" w:rsidP="009549F8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6257CA">
              <w:rPr>
                <w:lang w:val="fr-FR"/>
              </w:rPr>
              <w:t xml:space="preserve"> </w:t>
            </w: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A5606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A5606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A5606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A5606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A5606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A5606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A5606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A5606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A5606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A5606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A5606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A5606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A5606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A5606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A5606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A5606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A5606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A5606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A5606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A5606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prin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A5606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A5606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A5606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A5606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D208" w14:textId="77777777" w:rsidR="00A56060" w:rsidRDefault="00A56060">
      <w:r>
        <w:separator/>
      </w:r>
    </w:p>
  </w:endnote>
  <w:endnote w:type="continuationSeparator" w:id="0">
    <w:p w14:paraId="60F5781C" w14:textId="77777777" w:rsidR="00A56060" w:rsidRDefault="00A56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A5606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2C16" w14:textId="77777777" w:rsidR="00A56060" w:rsidRDefault="00A56060">
      <w:r>
        <w:separator/>
      </w:r>
    </w:p>
  </w:footnote>
  <w:footnote w:type="continuationSeparator" w:id="0">
    <w:p w14:paraId="5D8F8829" w14:textId="77777777" w:rsidR="00A56060" w:rsidRDefault="00A56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1635"/>
    <w:rsid w:val="00240A5A"/>
    <w:rsid w:val="0029639D"/>
    <w:rsid w:val="00326F90"/>
    <w:rsid w:val="006257CA"/>
    <w:rsid w:val="006C103E"/>
    <w:rsid w:val="009549F8"/>
    <w:rsid w:val="009D782F"/>
    <w:rsid w:val="00A37FAC"/>
    <w:rsid w:val="00A56060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9549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2026-09-30T21:35:00Z</dcterms:created>
  <dcterms:modified xsi:type="dcterms:W3CDTF">2026-09-30T21:35:00Z</dcterms:modified>
  <cp:category/>
</cp:coreProperties>
</file>