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A75DA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5078E14" w:rsidR="005A75DA" w:rsidRDefault="005A75DA" w:rsidP="005A75DA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3DE29937" wp14:editId="391CA7E0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C5DA968" w14:textId="77777777" w:rsidR="005A75DA" w:rsidRDefault="005A75DA" w:rsidP="005A75D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F91E2AA" w14:textId="3038FE22" w:rsidR="005A75DA" w:rsidRDefault="005A75DA" w:rsidP="005A75DA">
            <w:pPr>
              <w:keepNext/>
            </w:pPr>
            <w:r>
              <w:t>BOTOȘANI</w:t>
            </w:r>
          </w:p>
        </w:tc>
      </w:tr>
      <w:tr w:rsidR="005A75DA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5A75DA" w:rsidRDefault="005A75DA" w:rsidP="005A75DA"/>
        </w:tc>
        <w:tc>
          <w:tcPr>
            <w:tcW w:w="8030" w:type="dxa"/>
            <w:gridSpan w:val="3"/>
            <w:shd w:val="clear" w:color="auto" w:fill="F0F0F0"/>
          </w:tcPr>
          <w:p w14:paraId="157A21DD" w14:textId="77777777" w:rsidR="005A75DA" w:rsidRDefault="005A75DA" w:rsidP="005A75DA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9C7851E" w14:textId="0971E804" w:rsidR="005A75DA" w:rsidRDefault="005A75DA" w:rsidP="005A75DA">
            <w:pPr>
              <w:keepNext/>
            </w:pPr>
            <w:r>
              <w:t>PRIMARUL COMUNEI BRĂEȘTI</w:t>
            </w:r>
          </w:p>
        </w:tc>
      </w:tr>
      <w:tr w:rsidR="005A75DA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5A75DA" w:rsidRDefault="005A75DA" w:rsidP="005A75DA"/>
        </w:tc>
        <w:tc>
          <w:tcPr>
            <w:tcW w:w="2409" w:type="dxa"/>
            <w:shd w:val="clear" w:color="auto" w:fill="F0F0F0"/>
          </w:tcPr>
          <w:p w14:paraId="71DE94ED" w14:textId="77777777" w:rsidR="005A75DA" w:rsidRPr="00F801F2" w:rsidRDefault="005A75DA" w:rsidP="005A75DA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3F0CFBB4" w14:textId="03044023" w:rsidR="005A75DA" w:rsidRPr="00343BBA" w:rsidRDefault="005A75DA" w:rsidP="005A75DA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6E99EA8" w14:textId="77777777" w:rsidR="005A75DA" w:rsidRDefault="005A75DA" w:rsidP="005A75DA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B788B23" w14:textId="77777777" w:rsidR="005A75DA" w:rsidRDefault="005A75DA" w:rsidP="005A75DA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5A7EC482" w14:textId="77777777" w:rsidR="005A75DA" w:rsidRDefault="005A75DA" w:rsidP="005A75DA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118EFA7B" w14:textId="4C45A6BD" w:rsidR="005A75DA" w:rsidRDefault="005A75DA" w:rsidP="005A75DA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165CE7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165CE7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165CE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165CE7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05A26EDC" w14:textId="77777777" w:rsidR="005A75DA" w:rsidRPr="00F801F2" w:rsidRDefault="005A75DA" w:rsidP="005A75DA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1C7F07C7" w14:textId="73DFE736" w:rsidR="00377113" w:rsidRPr="00343BBA" w:rsidRDefault="005A75DA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165CE7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165CE7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165CE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165CE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165CE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165CE7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165CE7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165CE7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165CE7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165CE7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165CE7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165CE7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165CE7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165CE7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165CE7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165CE7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165CE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165CE7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165CE7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165CE7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165CE7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165CE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165CE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D04FB" w14:textId="77777777" w:rsidR="00165CE7" w:rsidRDefault="00165CE7">
      <w:r>
        <w:separator/>
      </w:r>
    </w:p>
  </w:endnote>
  <w:endnote w:type="continuationSeparator" w:id="0">
    <w:p w14:paraId="1EEA30B8" w14:textId="77777777" w:rsidR="00165CE7" w:rsidRDefault="00165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165CE7">
    <w:pPr>
      <w:pStyle w:val="Subsol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812E6" w14:textId="77777777" w:rsidR="00165CE7" w:rsidRDefault="00165CE7">
      <w:r>
        <w:separator/>
      </w:r>
    </w:p>
  </w:footnote>
  <w:footnote w:type="continuationSeparator" w:id="0">
    <w:p w14:paraId="4B97CAFA" w14:textId="77777777" w:rsidR="00165CE7" w:rsidRDefault="00165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15074B"/>
    <w:rsid w:val="00165CE7"/>
    <w:rsid w:val="00200236"/>
    <w:rsid w:val="00240A5A"/>
    <w:rsid w:val="0029639D"/>
    <w:rsid w:val="00326F90"/>
    <w:rsid w:val="00343BBA"/>
    <w:rsid w:val="00377113"/>
    <w:rsid w:val="005A75DA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5A75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2026-09-30T21:36:00Z</dcterms:created>
  <dcterms:modified xsi:type="dcterms:W3CDTF">2026-09-30T21:36:00Z</dcterms:modified>
  <cp:category/>
</cp:coreProperties>
</file>