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6860A6" w14:paraId="75F87DD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ECBD4B9" w14:textId="63FF6DBD" w:rsidR="006860A6" w:rsidRDefault="006860A6" w:rsidP="006860A6">
            <w:pPr>
              <w:keepNext/>
              <w:jc w:val="center"/>
            </w:pPr>
            <w:r>
              <w:rPr>
                <w:rFonts w:ascii="Arial" w:hAnsi="Arial" w:cs="Arial"/>
                <w:noProof/>
                <w:lang w:val="ro-RO" w:eastAsia="ro-RO"/>
              </w:rPr>
              <w:drawing>
                <wp:inline distT="0" distB="0" distL="0" distR="0" wp14:anchorId="5921D070" wp14:editId="01463E4B">
                  <wp:extent cx="774575" cy="1045271"/>
                  <wp:effectExtent l="0" t="0" r="6985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61" cy="113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6519210" w14:textId="77777777" w:rsidR="006860A6" w:rsidRDefault="006860A6" w:rsidP="006860A6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170F875" w14:textId="625D5201" w:rsidR="006860A6" w:rsidRDefault="006860A6" w:rsidP="006860A6">
            <w:pPr>
              <w:keepNext/>
            </w:pPr>
            <w:r>
              <w:t>BOTOȘANI</w:t>
            </w:r>
          </w:p>
        </w:tc>
      </w:tr>
      <w:tr w:rsidR="006860A6" w14:paraId="46378CC6" w14:textId="77777777">
        <w:trPr>
          <w:cantSplit/>
          <w:trHeight w:val="510"/>
        </w:trPr>
        <w:tc>
          <w:tcPr>
            <w:tcW w:w="1606" w:type="dxa"/>
            <w:vMerge/>
          </w:tcPr>
          <w:p w14:paraId="59016D90" w14:textId="77777777" w:rsidR="006860A6" w:rsidRDefault="006860A6" w:rsidP="006860A6"/>
        </w:tc>
        <w:tc>
          <w:tcPr>
            <w:tcW w:w="8030" w:type="dxa"/>
            <w:gridSpan w:val="3"/>
            <w:shd w:val="clear" w:color="auto" w:fill="F0F0F0"/>
          </w:tcPr>
          <w:p w14:paraId="311FDEF5" w14:textId="77777777" w:rsidR="006860A6" w:rsidRDefault="006860A6" w:rsidP="006860A6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5529F8B8" w14:textId="2EB93ABE" w:rsidR="006860A6" w:rsidRDefault="006860A6" w:rsidP="006860A6">
            <w:pPr>
              <w:keepNext/>
            </w:pPr>
            <w:r>
              <w:t>PRIMARUL COMUNEI BRĂEȘTI</w:t>
            </w:r>
          </w:p>
        </w:tc>
      </w:tr>
      <w:tr w:rsidR="006860A6" w14:paraId="4792C433" w14:textId="77777777">
        <w:trPr>
          <w:cantSplit/>
          <w:trHeight w:val="510"/>
        </w:trPr>
        <w:tc>
          <w:tcPr>
            <w:tcW w:w="1606" w:type="dxa"/>
            <w:vMerge/>
          </w:tcPr>
          <w:p w14:paraId="5C207147" w14:textId="77777777" w:rsidR="006860A6" w:rsidRDefault="006860A6" w:rsidP="006860A6"/>
        </w:tc>
        <w:tc>
          <w:tcPr>
            <w:tcW w:w="2409" w:type="dxa"/>
            <w:shd w:val="clear" w:color="auto" w:fill="F0F0F0"/>
          </w:tcPr>
          <w:p w14:paraId="130F476B" w14:textId="77777777" w:rsidR="006860A6" w:rsidRPr="00F801F2" w:rsidRDefault="006860A6" w:rsidP="006860A6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095A60EC" w14:textId="4C3396C8" w:rsidR="006860A6" w:rsidRPr="00A256C2" w:rsidRDefault="006860A6" w:rsidP="006860A6">
            <w:pPr>
              <w:keepNext/>
              <w:rPr>
                <w:lang w:val="fr-FR"/>
              </w:rPr>
            </w:pPr>
            <w:r w:rsidRPr="00C212B6">
              <w:rPr>
                <w:lang w:val="fr-FR"/>
              </w:rPr>
              <w:t>3503694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883DF2C" w14:textId="77777777" w:rsidR="006860A6" w:rsidRDefault="006860A6" w:rsidP="006860A6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46153FB3" w14:textId="77777777" w:rsidR="006860A6" w:rsidRDefault="006860A6" w:rsidP="006860A6">
            <w:pPr>
              <w:keepNext/>
            </w:pPr>
            <w:proofErr w:type="spellStart"/>
            <w:r>
              <w:rPr>
                <w:i/>
                <w:color w:val="7A7A7A"/>
              </w:rPr>
              <w:t>sediul</w:t>
            </w:r>
            <w:proofErr w:type="spellEnd"/>
            <w:r>
              <w:rPr>
                <w:i/>
                <w:color w:val="7A7A7A"/>
              </w:rPr>
              <w:t xml:space="preserve"> · </w:t>
            </w:r>
            <w:proofErr w:type="spellStart"/>
            <w:r>
              <w:rPr>
                <w:i/>
                <w:color w:val="7A7A7A"/>
              </w:rPr>
              <w:t>telefon</w:t>
            </w:r>
            <w:proofErr w:type="spellEnd"/>
            <w:r>
              <w:rPr>
                <w:i/>
                <w:color w:val="7A7A7A"/>
              </w:rPr>
              <w:t xml:space="preserve"> · e-mail</w:t>
            </w:r>
          </w:p>
          <w:p w14:paraId="38399004" w14:textId="77777777" w:rsidR="006860A6" w:rsidRDefault="006860A6" w:rsidP="006860A6">
            <w:pPr>
              <w:keepNext/>
            </w:pPr>
            <w:r>
              <w:t xml:space="preserve">Str. Calea </w:t>
            </w:r>
            <w:proofErr w:type="spellStart"/>
            <w:r>
              <w:t>Națională</w:t>
            </w:r>
            <w:proofErr w:type="spellEnd"/>
            <w:r>
              <w:t xml:space="preserve">, nr. 41, Sat </w:t>
            </w:r>
            <w:proofErr w:type="spellStart"/>
            <w:r>
              <w:t>Brăești</w:t>
            </w:r>
            <w:proofErr w:type="spellEnd"/>
            <w:r>
              <w:t xml:space="preserve">; </w:t>
            </w:r>
            <w:r w:rsidRPr="00C212B6">
              <w:t>Tel.  0231/</w:t>
            </w:r>
            <w:proofErr w:type="gramStart"/>
            <w:r w:rsidRPr="00C212B6">
              <w:t>620023;  Fax</w:t>
            </w:r>
            <w:proofErr w:type="gramEnd"/>
            <w:r w:rsidRPr="00C212B6">
              <w:t xml:space="preserve"> 0231/620063</w:t>
            </w:r>
            <w:r>
              <w:t xml:space="preserve">; </w:t>
            </w:r>
          </w:p>
          <w:p w14:paraId="72B93E2A" w14:textId="1356C911" w:rsidR="006860A6" w:rsidRDefault="006860A6" w:rsidP="006860A6">
            <w:pPr>
              <w:keepNext/>
            </w:pPr>
            <w:r w:rsidRPr="00C63B13">
              <w:t xml:space="preserve">e-mail: </w:t>
            </w:r>
            <w:hyperlink r:id="rId9" w:history="1">
              <w:r w:rsidRPr="008B79D1">
                <w:rPr>
                  <w:rStyle w:val="Hyperlink"/>
                </w:rPr>
                <w:t>primaria@comunabraesti.ro</w:t>
              </w:r>
            </w:hyperlink>
            <w:r>
              <w:t xml:space="preserve"> ; web: </w:t>
            </w:r>
            <w:hyperlink r:id="rId10" w:history="1">
              <w:r w:rsidRPr="008B79D1">
                <w:rPr>
                  <w:rStyle w:val="Hyperlink"/>
                </w:rPr>
                <w:t>www.comunabraesti.ro</w:t>
              </w:r>
            </w:hyperlink>
            <w:r>
              <w:t xml:space="preserve"> </w:t>
            </w:r>
          </w:p>
        </w:tc>
      </w:tr>
      <w:tr w:rsidR="00BD4241" w14:paraId="451B073E" w14:textId="77777777">
        <w:trPr>
          <w:cantSplit/>
          <w:trHeight w:val="510"/>
        </w:trPr>
        <w:tc>
          <w:tcPr>
            <w:tcW w:w="1606" w:type="dxa"/>
            <w:vMerge/>
          </w:tcPr>
          <w:p w14:paraId="647DA494" w14:textId="77777777" w:rsidR="00BD4241" w:rsidRDefault="00BD4241"/>
        </w:tc>
        <w:tc>
          <w:tcPr>
            <w:tcW w:w="4818" w:type="dxa"/>
            <w:gridSpan w:val="2"/>
            <w:shd w:val="clear" w:color="auto" w:fill="F0F0F0"/>
          </w:tcPr>
          <w:p w14:paraId="431FA99E" w14:textId="77777777" w:rsidR="00BD4241" w:rsidRDefault="00A02173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AE2CC" w14:textId="77777777" w:rsidR="00BD4241" w:rsidRDefault="00BD4241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C9B8221" w14:textId="77777777" w:rsidR="00BD4241" w:rsidRDefault="00A02173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4DBF38B" w14:textId="77777777" w:rsidR="00BD4241" w:rsidRDefault="00BD4241">
            <w:pPr>
              <w:keepNext/>
            </w:pPr>
          </w:p>
        </w:tc>
      </w:tr>
      <w:tr w:rsidR="00BD4241" w:rsidRPr="00917520" w14:paraId="2C068744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38F1B702" w14:textId="77777777" w:rsidR="00BD4241" w:rsidRPr="00A256C2" w:rsidRDefault="00A02173">
            <w:pPr>
              <w:rPr>
                <w:lang w:val="fr-FR"/>
              </w:rPr>
            </w:pPr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A256C2">
              <w:rPr>
                <w:i/>
                <w:color w:val="595959"/>
                <w:lang w:val="fr-FR"/>
              </w:rPr>
              <w:t>se</w:t>
            </w:r>
            <w:proofErr w:type="gram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scrie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în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18016BF" w14:textId="77777777" w:rsidR="00BD4241" w:rsidRPr="00A256C2" w:rsidRDefault="00BD4241">
      <w:pPr>
        <w:spacing w:line="168" w:lineRule="auto"/>
        <w:rPr>
          <w:lang w:val="fr-FR"/>
        </w:rPr>
      </w:pPr>
    </w:p>
    <w:p w14:paraId="79F54518" w14:textId="77777777" w:rsidR="00BD4241" w:rsidRPr="00850B64" w:rsidRDefault="00A02173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Default="00A02173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A256C2" w:rsidRDefault="00A02173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03A41DE" w14:textId="77777777" w:rsidR="006860A6" w:rsidRPr="00F801F2" w:rsidRDefault="006860A6" w:rsidP="006860A6">
            <w:pPr>
              <w:keepNext/>
              <w:rPr>
                <w:lang w:val="fr-FR"/>
              </w:rPr>
            </w:pPr>
            <w:proofErr w:type="spellStart"/>
            <w:proofErr w:type="gram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/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B6186">
              <w:rPr>
                <w:b/>
                <w:bCs/>
                <w:i/>
                <w:color w:val="7A7A7A"/>
                <w:lang w:val="fr-FR"/>
              </w:rPr>
              <w:t>comunei</w:t>
            </w:r>
            <w:proofErr w:type="spellEnd"/>
            <w:r w:rsidRPr="002B6186">
              <w:rPr>
                <w:b/>
                <w:bCs/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de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sector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consiliul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județean</w:t>
            </w:r>
            <w:proofErr w:type="spellEnd"/>
          </w:p>
          <w:p w14:paraId="10337CF3" w14:textId="669AA7B4" w:rsidR="00BD4241" w:rsidRPr="00A256C2" w:rsidRDefault="006860A6" w:rsidP="006860A6">
            <w:pPr>
              <w:keepNext/>
              <w:rPr>
                <w:lang w:val="fr-FR"/>
              </w:rPr>
            </w:pPr>
            <w:r>
              <w:rPr>
                <w:b/>
                <w:bCs/>
                <w:lang w:val="fr-FR"/>
              </w:rPr>
              <w:t>BRĂEȘTI</w:t>
            </w:r>
            <w:r w:rsidRPr="00A256C2">
              <w:rPr>
                <w:lang w:val="fr-FR"/>
              </w:rPr>
              <w:t xml:space="preserve"> </w:t>
            </w:r>
          </w:p>
        </w:tc>
      </w:tr>
      <w:tr w:rsidR="00BD4241" w:rsidRPr="00917520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A256C2" w:rsidRDefault="00A02173">
            <w:pPr>
              <w:spacing w:line="228" w:lineRule="auto"/>
              <w:rPr>
                <w:lang w:val="fr-FR"/>
              </w:rPr>
            </w:pPr>
            <w:proofErr w:type="spellStart"/>
            <w:r w:rsidRPr="00A256C2">
              <w:rPr>
                <w:lang w:val="fr-FR"/>
              </w:rPr>
              <w:t>Cererea</w:t>
            </w:r>
            <w:proofErr w:type="spellEnd"/>
            <w:r w:rsidRPr="00A256C2">
              <w:rPr>
                <w:lang w:val="fr-FR"/>
              </w:rPr>
              <w:t xml:space="preserve"> va fi </w:t>
            </w:r>
            <w:proofErr w:type="spellStart"/>
            <w:r w:rsidRPr="00A256C2">
              <w:rPr>
                <w:lang w:val="fr-FR"/>
              </w:rPr>
              <w:t>transmisă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către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președintele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consiliului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județean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general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de </w:t>
            </w:r>
            <w:proofErr w:type="spellStart"/>
            <w:r w:rsidRPr="00A256C2">
              <w:rPr>
                <w:lang w:val="fr-FR"/>
              </w:rPr>
              <w:t>sector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sau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municipiului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orașului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comunei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după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caz</w:t>
            </w:r>
            <w:proofErr w:type="spellEnd"/>
            <w:r w:rsidRPr="00A256C2">
              <w:rPr>
                <w:lang w:val="fr-FR"/>
              </w:rPr>
              <w:t>.</w:t>
            </w:r>
          </w:p>
        </w:tc>
      </w:tr>
    </w:tbl>
    <w:p w14:paraId="4A1A8C50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Default="00A02173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Default="00A02173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06BA1AF7" w14:textId="77777777"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14:paraId="2CA91F04" w14:textId="77777777" w:rsidR="00BD4241" w:rsidRDefault="00A02173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Default="00A02173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BD4241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Default="00A02173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CE8C383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78A133C8" w14:textId="77777777" w:rsidR="00BD4241" w:rsidRDefault="00A02173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5B4C6C87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14:paraId="1DEC4E0A" w14:textId="77777777" w:rsidR="00BD4241" w:rsidRDefault="00A02173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D7A84B1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3041307A" w14:textId="77777777" w:rsidR="00BD4241" w:rsidRDefault="00A02173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FED784F" w14:textId="77777777" w:rsidR="00BD4241" w:rsidRDefault="00BD4241">
            <w:pPr>
              <w:keepNext/>
            </w:pPr>
          </w:p>
        </w:tc>
      </w:tr>
      <w:tr w:rsidR="00BD4241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Default="00A02173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BD4241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Default="00A02173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B03665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14:paraId="3D2368B4" w14:textId="77777777" w:rsidR="00BD4241" w:rsidRDefault="00A02173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749B16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1E6E4F5F" w14:textId="77777777" w:rsidR="00BD4241" w:rsidRDefault="00A02173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8E7A1B8" w14:textId="77777777" w:rsidR="00BD4241" w:rsidRDefault="00BD4241">
            <w:pPr>
              <w:keepNext/>
            </w:pPr>
          </w:p>
        </w:tc>
      </w:tr>
      <w:tr w:rsidR="00BD4241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Default="00A02173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Default="00A0217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DAB33F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BF58011" w14:textId="77777777" w:rsidR="00BD4241" w:rsidRDefault="00A02173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3EF765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2EA5DB1F" w14:textId="77777777" w:rsidR="00BD4241" w:rsidRDefault="00A02173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D410CD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01954877" w14:textId="77777777" w:rsidR="00BD4241" w:rsidRDefault="00A02173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9B55A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2A7F1969" w14:textId="77777777" w:rsidR="00BD4241" w:rsidRDefault="00A02173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8FE9CAC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0ACD4FEC" w14:textId="77777777" w:rsidR="00BD4241" w:rsidRDefault="00A02173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017FD79F" w14:textId="77777777" w:rsidR="00BD4241" w:rsidRDefault="00BD4241">
            <w:pPr>
              <w:keepNext/>
            </w:pPr>
          </w:p>
        </w:tc>
      </w:tr>
      <w:tr w:rsidR="00BD4241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Default="00A02173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Default="00A02173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61FE1EC" w14:textId="77777777"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14:paraId="102AC599" w14:textId="77777777" w:rsidR="00BD4241" w:rsidRDefault="00A02173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53EB2E29" w14:textId="77777777" w:rsidR="00BD4241" w:rsidRDefault="00BD4241">
            <w:pPr>
              <w:keepNext/>
            </w:pPr>
          </w:p>
        </w:tc>
      </w:tr>
      <w:tr w:rsidR="00BD4241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Default="00A02173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BD4241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Default="00A02173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6970A0EC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20DA7EB0" w14:textId="77777777" w:rsidR="00BD4241" w:rsidRDefault="00A02173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793AF090" w14:textId="77777777" w:rsidR="00BD4241" w:rsidRDefault="00BD4241">
            <w:pPr>
              <w:keepNext/>
            </w:pPr>
          </w:p>
        </w:tc>
      </w:tr>
      <w:tr w:rsidR="00BD4241" w:rsidRPr="00917520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A256C2" w:rsidRDefault="00A02173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titular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dreptului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proprietate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împuternicit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A02173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în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conformitate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cu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prevederile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Legii</w:t>
      </w:r>
      <w:proofErr w:type="spellEnd"/>
      <w:r w:rsidRPr="00232B9E">
        <w:rPr>
          <w:sz w:val="18"/>
          <w:lang w:val="fr-FR"/>
        </w:rPr>
        <w:t xml:space="preserve"> nr. 169/2026 </w:t>
      </w:r>
      <w:proofErr w:type="spellStart"/>
      <w:r w:rsidRPr="00232B9E">
        <w:rPr>
          <w:sz w:val="18"/>
          <w:lang w:val="fr-FR"/>
        </w:rPr>
        <w:t>privind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Codul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amenajării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teritoriului</w:t>
      </w:r>
      <w:proofErr w:type="spellEnd"/>
      <w:r w:rsidRPr="00232B9E">
        <w:rPr>
          <w:sz w:val="18"/>
          <w:lang w:val="fr-FR"/>
        </w:rPr>
        <w:t xml:space="preserve">, </w:t>
      </w:r>
      <w:proofErr w:type="spellStart"/>
      <w:r w:rsidRPr="00232B9E">
        <w:rPr>
          <w:sz w:val="18"/>
          <w:lang w:val="fr-FR"/>
        </w:rPr>
        <w:t>urbanismului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și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construcțiilor</w:t>
      </w:r>
      <w:proofErr w:type="spellEnd"/>
      <w:r w:rsidRPr="00232B9E">
        <w:rPr>
          <w:sz w:val="18"/>
          <w:lang w:val="fr-FR"/>
        </w:rPr>
        <w:t>,</w:t>
      </w:r>
    </w:p>
    <w:p w14:paraId="55F72AB1" w14:textId="77777777" w:rsidR="00BD4241" w:rsidRPr="00232B9E" w:rsidRDefault="00A02173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solicit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emiterea</w:t>
      </w:r>
      <w:proofErr w:type="spellEnd"/>
    </w:p>
    <w:p w14:paraId="458BA7BA" w14:textId="77777777" w:rsidR="00917520" w:rsidRDefault="00A02173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14:paraId="062DB540" w14:textId="00B1F188" w:rsidR="00BD4241" w:rsidRDefault="00A02173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14:paraId="44A1332E" w14:textId="12DABAD3"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14:paraId="6BCF1DD1" w14:textId="1CB91F6C"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clădiri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și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proofErr w:type="gramStart"/>
      <w:r w:rsidRPr="00232B9E">
        <w:rPr>
          <w:sz w:val="16"/>
          <w:lang w:val="fr-FR"/>
        </w:rPr>
        <w:t>amenajări</w:t>
      </w:r>
      <w:proofErr w:type="spellEnd"/>
      <w:r w:rsidRPr="00232B9E">
        <w:rPr>
          <w:sz w:val="16"/>
          <w:lang w:val="fr-FR"/>
        </w:rPr>
        <w:t xml:space="preserve">  </w:t>
      </w:r>
      <w:r w:rsidR="00917520">
        <w:rPr>
          <w:sz w:val="16"/>
          <w:lang w:val="fr-FR"/>
        </w:rPr>
        <w:t>/</w:t>
      </w:r>
      <w:proofErr w:type="gramEnd"/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lucrări</w:t>
      </w:r>
      <w:proofErr w:type="spellEnd"/>
      <w:r w:rsidR="00462384">
        <w:rPr>
          <w:sz w:val="16"/>
          <w:lang w:val="fr-FR"/>
        </w:rPr>
        <w:t xml:space="preserve"> </w:t>
      </w:r>
      <w:proofErr w:type="spellStart"/>
      <w:proofErr w:type="gramStart"/>
      <w:r w:rsidR="00462384">
        <w:rPr>
          <w:sz w:val="16"/>
          <w:lang w:val="fr-FR"/>
        </w:rPr>
        <w:t>inginerești</w:t>
      </w:r>
      <w:proofErr w:type="spellEnd"/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proofErr w:type="gramEnd"/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caracter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special</w:t>
      </w:r>
      <w:proofErr w:type="spellEnd"/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Default="00A02173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vederea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realizării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obiectivului</w:t>
            </w:r>
            <w:proofErr w:type="spellEnd"/>
            <w:r w:rsidR="00A256C2">
              <w:rPr>
                <w:sz w:val="16"/>
              </w:rPr>
              <w:t xml:space="preserve"> de </w:t>
            </w:r>
            <w:proofErr w:type="spellStart"/>
            <w:r w:rsidR="00A256C2">
              <w:rPr>
                <w:sz w:val="16"/>
              </w:rPr>
              <w:t>investiții</w:t>
            </w:r>
            <w:proofErr w:type="spellEnd"/>
            <w:r>
              <w:rPr>
                <w:sz w:val="16"/>
              </w:rPr>
              <w:t>:</w:t>
            </w:r>
          </w:p>
        </w:tc>
      </w:tr>
      <w:tr w:rsidR="00BD4241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14:paraId="0B54D5C1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288D7C" w14:textId="77777777" w:rsidR="00BD4241" w:rsidRDefault="00BD4241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Default="00A02173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Default="00A02173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BD4241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Default="00A02173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1B01471E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14:paraId="1B1218BA" w14:textId="77777777" w:rsidR="00BD4241" w:rsidRDefault="00A02173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04B4E58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04095758" w14:textId="77777777" w:rsidR="00BD4241" w:rsidRDefault="00A02173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568887B" w14:textId="77777777" w:rsidR="00BD4241" w:rsidRDefault="00BD4241">
            <w:pPr>
              <w:keepNext/>
            </w:pP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Default="00A02173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DE8BF00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Default="00A02173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FD81C0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Default="00A0217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654DEDD" w14:textId="77777777" w:rsidR="00BD4241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Default="00A02173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09774FDD" w14:textId="77777777" w:rsidR="00BD4241" w:rsidRDefault="00BD4241">
            <w:pPr>
              <w:keepNext/>
            </w:pPr>
          </w:p>
        </w:tc>
      </w:tr>
      <w:tr w:rsidR="00BD4241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A256C2" w:rsidRDefault="00A02173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Număr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cadastral/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ele</w:t>
            </w:r>
            <w:proofErr w:type="spellEnd"/>
          </w:p>
          <w:p w14:paraId="2511787E" w14:textId="77777777" w:rsidR="00BD4241" w:rsidRPr="00A256C2" w:rsidRDefault="00A02173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e-Terra</w:t>
            </w:r>
          </w:p>
          <w:p w14:paraId="2A482E4D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Default="00A02173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C821E97" w14:textId="77777777" w:rsidR="00BD4241" w:rsidRDefault="00BD4241">
            <w:pPr>
              <w:keepNext/>
            </w:pPr>
          </w:p>
        </w:tc>
      </w:tr>
      <w:tr w:rsidR="00BD4241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Default="00A02173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A8081F1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Default="00A02173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construcției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AE18A8" w14:textId="77777777" w:rsidR="00BD4241" w:rsidRDefault="00BD4241">
            <w:pPr>
              <w:keepNext/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A02173">
      <w:r>
        <w:br w:type="page"/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A02173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17520" w:rsidRDefault="00A02173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noi</w:t>
            </w:r>
            <w:proofErr w:type="spellEnd"/>
          </w:p>
        </w:tc>
      </w:tr>
      <w:tr w:rsidR="00BD4241" w:rsidRPr="00917520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A256C2" w:rsidRDefault="00A02173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civile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industriale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agricole     ☐ </w:t>
            </w:r>
            <w:proofErr w:type="spellStart"/>
            <w:r w:rsidRPr="00A256C2">
              <w:rPr>
                <w:sz w:val="16"/>
                <w:lang w:val="fr-FR"/>
              </w:rPr>
              <w:t>construcții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caracter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special</w:t>
            </w:r>
            <w:proofErr w:type="spellEnd"/>
          </w:p>
        </w:tc>
      </w:tr>
      <w:tr w:rsidR="00BD4241" w:rsidRPr="00917520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A256C2" w:rsidRDefault="00A02173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proofErr w:type="spellEnd"/>
            <w:proofErr w:type="gramEnd"/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</w:t>
            </w:r>
            <w:proofErr w:type="spellStart"/>
            <w:r w:rsidR="00A256C2" w:rsidRPr="00A256C2">
              <w:rPr>
                <w:sz w:val="16"/>
                <w:lang w:val="fr-FR"/>
              </w:rPr>
              <w:t>bifa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="00A256C2" w:rsidRPr="00A256C2">
              <w:rPr>
                <w:sz w:val="16"/>
                <w:lang w:val="fr-FR"/>
              </w:rPr>
              <w:t>în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masura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care </w:t>
            </w:r>
            <w:proofErr w:type="spellStart"/>
            <w:r w:rsidR="00A256C2" w:rsidRPr="00A256C2">
              <w:rPr>
                <w:sz w:val="16"/>
                <w:lang w:val="fr-FR"/>
              </w:rPr>
              <w:t>sunt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cunoscute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solicitantulu</w:t>
            </w:r>
            <w:r w:rsidR="00A256C2">
              <w:rPr>
                <w:sz w:val="16"/>
                <w:lang w:val="fr-FR"/>
              </w:rPr>
              <w:t>i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informațiile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cu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privire</w:t>
            </w:r>
            <w:proofErr w:type="spellEnd"/>
            <w:r w:rsidR="00A256C2">
              <w:rPr>
                <w:sz w:val="16"/>
                <w:lang w:val="fr-FR"/>
              </w:rPr>
              <w:t xml:space="preserve"> la </w:t>
            </w:r>
            <w:proofErr w:type="spellStart"/>
            <w:r w:rsidR="00A256C2">
              <w:rPr>
                <w:sz w:val="16"/>
                <w:lang w:val="fr-FR"/>
              </w:rPr>
              <w:t>amplasarea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în</w:t>
            </w:r>
            <w:proofErr w:type="spellEnd"/>
            <w:r w:rsidR="00A256C2">
              <w:rPr>
                <w:sz w:val="16"/>
                <w:lang w:val="fr-FR"/>
              </w:rPr>
              <w:t xml:space="preserve"> zona de </w:t>
            </w:r>
            <w:proofErr w:type="spellStart"/>
            <w:r w:rsidR="00A256C2">
              <w:rPr>
                <w:sz w:val="16"/>
                <w:lang w:val="fr-FR"/>
              </w:rPr>
              <w:t>protecție</w:t>
            </w:r>
            <w:proofErr w:type="spellEnd"/>
            <w:r w:rsidR="00A256C2">
              <w:rPr>
                <w:sz w:val="16"/>
                <w:lang w:val="fr-FR"/>
              </w:rPr>
              <w:t>/</w:t>
            </w:r>
            <w:proofErr w:type="spellStart"/>
            <w:r w:rsidR="00A256C2">
              <w:rPr>
                <w:sz w:val="16"/>
                <w:lang w:val="fr-FR"/>
              </w:rPr>
              <w:t>protejată</w:t>
            </w:r>
            <w:proofErr w:type="spellEnd"/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Default="00A02173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zona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zonelor</w:t>
            </w:r>
            <w:proofErr w:type="spellEnd"/>
            <w:r w:rsidRPr="00A256C2">
              <w:rPr>
                <w:sz w:val="16"/>
                <w:lang w:val="fr-FR"/>
              </w:rPr>
              <w:t xml:space="preserve">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7336BFFF" w14:textId="18BC78A2"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nu </w:t>
            </w:r>
            <w:proofErr w:type="spellStart"/>
            <w:r>
              <w:rPr>
                <w:sz w:val="16"/>
                <w:lang w:val="fr-FR"/>
              </w:rPr>
              <w:t>sunt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cunoscute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solicitantului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astfel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informații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Default="00A02173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917520">
              <w:rPr>
                <w:b/>
                <w:bCs/>
                <w:sz w:val="16"/>
                <w:lang w:val="fr-FR"/>
              </w:rPr>
              <w:t xml:space="preserve"> : </w:t>
            </w:r>
          </w:p>
          <w:p w14:paraId="749D5A7F" w14:textId="7913D592"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B.1. </w:t>
            </w:r>
            <w:proofErr w:type="gramStart"/>
            <w:r w:rsidRPr="00917520">
              <w:rPr>
                <w:b/>
                <w:bCs/>
                <w:sz w:val="16"/>
                <w:lang w:val="fr-FR"/>
              </w:rPr>
              <w:t>la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prevăzute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la lit. B.2)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B.3)</w:t>
            </w:r>
          </w:p>
        </w:tc>
      </w:tr>
      <w:tr w:rsidR="00BD4241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17520" w:rsidRDefault="00A02173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gramStart"/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proofErr w:type="gramEnd"/>
            <w:r w:rsidRPr="00917520">
              <w:rPr>
                <w:b/>
                <w:bCs/>
                <w:sz w:val="16"/>
              </w:rPr>
              <w:t>·l</w:t>
            </w:r>
            <w:r w:rsidR="00917520" w:rsidRPr="00917520">
              <w:rPr>
                <w:b/>
                <w:bCs/>
                <w:sz w:val="16"/>
              </w:rPr>
              <w:t xml:space="preserve">a </w:t>
            </w:r>
            <w:proofErr w:type="spellStart"/>
            <w:proofErr w:type="gramStart"/>
            <w:r w:rsidR="00917520" w:rsidRPr="00917520">
              <w:rPr>
                <w:b/>
                <w:bCs/>
                <w:sz w:val="16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</w:rPr>
              <w:t>:</w:t>
            </w:r>
            <w:proofErr w:type="gramEnd"/>
          </w:p>
        </w:tc>
      </w:tr>
      <w:tr w:rsidR="00BD4241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Default="00A02173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stabilite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422/2001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protejarea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completările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acestora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identificate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BD4241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Default="00A02173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aflate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zona de </w:t>
            </w:r>
            <w:proofErr w:type="spellStart"/>
            <w:r>
              <w:rPr>
                <w:sz w:val="16"/>
              </w:rPr>
              <w:t>protecție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</w:p>
        </w:tc>
      </w:tr>
      <w:tr w:rsidR="00BD4241" w:rsidRPr="00917520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A256C2" w:rsidRDefault="00A02173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aflate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potrivit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legii</w:t>
            </w:r>
            <w:proofErr w:type="spellEnd"/>
          </w:p>
        </w:tc>
      </w:tr>
      <w:tr w:rsidR="00BD4241" w:rsidRPr="00917520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A256C2" w:rsidRDefault="00A02173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valoare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arhitecturală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sau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istorică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deosebită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prin </w:t>
            </w:r>
            <w:proofErr w:type="spellStart"/>
            <w:r w:rsidRPr="00A256C2">
              <w:rPr>
                <w:sz w:val="16"/>
                <w:lang w:val="fr-FR"/>
              </w:rPr>
              <w:t>documentații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urbanism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BD4241" w:rsidRPr="00917520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17520" w:rsidRDefault="00917520">
            <w:pPr>
              <w:keepNext/>
              <w:rPr>
                <w:lang w:val="fr-FR"/>
              </w:rPr>
            </w:pPr>
            <w:proofErr w:type="gramStart"/>
            <w:r w:rsidRPr="00917520">
              <w:rPr>
                <w:b/>
                <w:bCs/>
                <w:sz w:val="16"/>
                <w:lang w:val="fr-FR"/>
              </w:rPr>
              <w:t>☐  B.3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· la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altele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decât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cele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stabilite</w:t>
            </w:r>
            <w:proofErr w:type="spellEnd"/>
            <w:r w:rsidRPr="00917520">
              <w:rPr>
                <w:sz w:val="16"/>
                <w:lang w:val="fr-FR"/>
              </w:rPr>
              <w:t xml:space="preserve">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17520" w:rsidRDefault="00A02173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din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categoria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celor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 w:rsidRPr="00917520">
              <w:rPr>
                <w:sz w:val="16"/>
                <w:lang w:val="fr-FR"/>
              </w:rPr>
              <w:t>stabilite</w:t>
            </w:r>
            <w:proofErr w:type="spellEnd"/>
            <w:r w:rsidR="00917520" w:rsidRPr="00917520">
              <w:rPr>
                <w:sz w:val="16"/>
                <w:lang w:val="fr-FR"/>
              </w:rPr>
              <w:t xml:space="preserve">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.2)</w:t>
            </w:r>
          </w:p>
        </w:tc>
      </w:tr>
      <w:tr w:rsidR="00BD4241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Default="00A02173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</w:p>
        </w:tc>
      </w:tr>
      <w:tr w:rsidR="00BD4241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Default="00A02173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    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verzi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plantate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organizare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șantier</w:t>
            </w:r>
            <w:proofErr w:type="spellEnd"/>
          </w:p>
        </w:tc>
      </w:tr>
      <w:tr w:rsidR="00BD4241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Default="00A02173">
            <w:pPr>
              <w:keepNext/>
            </w:pPr>
            <w:r>
              <w:rPr>
                <w:sz w:val="16"/>
              </w:rPr>
              <w:t xml:space="preserve"> D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</w:p>
        </w:tc>
      </w:tr>
      <w:tr w:rsidR="00BD4241" w:rsidRPr="00917520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A256C2" w:rsidRDefault="00A02173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de transport</w:t>
            </w:r>
          </w:p>
          <w:p w14:paraId="05C62BB3" w14:textId="77777777" w:rsidR="00BD4241" w:rsidRPr="00A256C2" w:rsidRDefault="00A02173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energetică</w:t>
            </w:r>
            <w:proofErr w:type="spellEnd"/>
          </w:p>
          <w:p w14:paraId="1E87347E" w14:textId="77777777" w:rsidR="00BD4241" w:rsidRPr="00A256C2" w:rsidRDefault="00A02173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rețele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comunicații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electronice</w:t>
            </w:r>
            <w:proofErr w:type="spellEnd"/>
          </w:p>
          <w:p w14:paraId="43F594AA" w14:textId="77777777" w:rsidR="00BD4241" w:rsidRPr="00A256C2" w:rsidRDefault="00A02173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gospodărirea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apelor</w:t>
            </w:r>
            <w:proofErr w:type="spellEnd"/>
          </w:p>
          <w:p w14:paraId="3F55129D" w14:textId="77777777" w:rsidR="00BD4241" w:rsidRPr="00A256C2" w:rsidRDefault="00A02173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hidrotehnice</w:t>
            </w:r>
            <w:proofErr w:type="spellEnd"/>
          </w:p>
          <w:p w14:paraId="3DB7F2E4" w14:textId="77777777" w:rsidR="00BD4241" w:rsidRPr="00A256C2" w:rsidRDefault="00A02173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miniere</w:t>
            </w:r>
            <w:proofErr w:type="spellEnd"/>
          </w:p>
          <w:p w14:paraId="54EDF735" w14:textId="77777777" w:rsidR="00BD4241" w:rsidRPr="00A256C2" w:rsidRDefault="00A02173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alte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lucrări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inginerești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necesare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realizării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unor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obiective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interes</w:t>
            </w:r>
            <w:proofErr w:type="spellEnd"/>
            <w:r w:rsidRPr="00A256C2">
              <w:rPr>
                <w:sz w:val="16"/>
                <w:lang w:val="fr-FR"/>
              </w:rPr>
              <w:t xml:space="preserve">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A02173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Default="00A02173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A256C2">
              <w:rPr>
                <w:sz w:val="16"/>
                <w:lang w:val="fr-FR"/>
              </w:rPr>
              <w:t>funciară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actualizat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0D86EE92" w14:textId="62B10523"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plan de </w:t>
            </w:r>
            <w:proofErr w:type="spellStart"/>
            <w:r w:rsidRPr="00A256C2">
              <w:rPr>
                <w:sz w:val="16"/>
                <w:lang w:val="fr-FR"/>
              </w:rPr>
              <w:t>situație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propus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amprenta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la sol</w:t>
            </w:r>
            <w:proofErr w:type="gram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corpurilor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 xml:space="preserve">de </w:t>
            </w:r>
            <w:proofErr w:type="spellStart"/>
            <w:r w:rsidR="00A256C2">
              <w:rPr>
                <w:sz w:val="16"/>
                <w:lang w:val="fr-FR"/>
              </w:rPr>
              <w:t>clădire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spre</w:t>
            </w:r>
            <w:proofErr w:type="spellEnd"/>
            <w:r>
              <w:rPr>
                <w:sz w:val="16"/>
                <w:lang w:val="fr-FR"/>
              </w:rPr>
              <w:t xml:space="preserve"> construire /</w:t>
            </w:r>
            <w:proofErr w:type="spellStart"/>
            <w:r>
              <w:rPr>
                <w:sz w:val="16"/>
                <w:lang w:val="fr-FR"/>
              </w:rPr>
              <w:t>desființare</w:t>
            </w:r>
            <w:proofErr w:type="spellEnd"/>
            <w:r>
              <w:rPr>
                <w:sz w:val="16"/>
                <w:lang w:val="fr-FR"/>
              </w:rPr>
              <w:t xml:space="preserve"> / </w:t>
            </w:r>
            <w:proofErr w:type="spellStart"/>
            <w:r>
              <w:rPr>
                <w:sz w:val="16"/>
                <w:lang w:val="fr-FR"/>
              </w:rPr>
              <w:t>extindere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14:paraId="19AB48A6" w14:textId="5112B693"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 xml:space="preserve">☐ plan de </w:t>
            </w:r>
            <w:proofErr w:type="spellStart"/>
            <w:r w:rsidRPr="00232B9E">
              <w:rPr>
                <w:sz w:val="16"/>
                <w:lang w:val="fr-FR"/>
              </w:rPr>
              <w:t>încadrare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în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zonă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în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sistem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Stereo</w:t>
            </w:r>
            <w:proofErr w:type="spellEnd"/>
            <w:r w:rsidR="00745F29">
              <w:rPr>
                <w:sz w:val="16"/>
                <w:lang w:val="fr-FR"/>
              </w:rPr>
              <w:t xml:space="preserve"> 70</w:t>
            </w:r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descrierea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succintă</w:t>
            </w:r>
            <w:proofErr w:type="spellEnd"/>
            <w:r w:rsidRPr="00232B9E">
              <w:rPr>
                <w:sz w:val="16"/>
                <w:lang w:val="fr-FR"/>
              </w:rPr>
              <w:t xml:space="preserve"> a </w:t>
            </w:r>
            <w:proofErr w:type="spellStart"/>
            <w:r w:rsidRPr="00232B9E">
              <w:rPr>
                <w:sz w:val="16"/>
                <w:lang w:val="fr-FR"/>
              </w:rPr>
              <w:t>investiției</w:t>
            </w:r>
            <w:proofErr w:type="spellEnd"/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împuternicirea</w:t>
            </w:r>
            <w:proofErr w:type="spellEnd"/>
            <w:r w:rsidRPr="00232B9E">
              <w:rPr>
                <w:sz w:val="16"/>
                <w:lang w:val="fr-FR"/>
              </w:rPr>
              <w:t xml:space="preserve">, </w:t>
            </w:r>
            <w:proofErr w:type="spellStart"/>
            <w:r w:rsidRPr="00232B9E">
              <w:rPr>
                <w:sz w:val="16"/>
                <w:lang w:val="fr-FR"/>
              </w:rPr>
              <w:t>dacă</w:t>
            </w:r>
            <w:proofErr w:type="spellEnd"/>
            <w:r w:rsidRPr="00232B9E">
              <w:rPr>
                <w:sz w:val="16"/>
                <w:lang w:val="fr-FR"/>
              </w:rPr>
              <w:t xml:space="preserve"> este </w:t>
            </w:r>
            <w:proofErr w:type="spellStart"/>
            <w:r w:rsidRPr="00232B9E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A02173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A256C2" w:rsidRDefault="00A02173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</w:t>
            </w:r>
            <w:proofErr w:type="spellStart"/>
            <w:r w:rsidRPr="00A256C2">
              <w:rPr>
                <w:sz w:val="16"/>
                <w:lang w:val="fr-FR"/>
              </w:rPr>
              <w:t>scris</w:t>
            </w:r>
            <w:proofErr w:type="spellEnd"/>
            <w:r w:rsidRPr="00A256C2">
              <w:rPr>
                <w:sz w:val="16"/>
                <w:lang w:val="fr-FR"/>
              </w:rPr>
              <w:t xml:space="preserve">, prin </w:t>
            </w:r>
            <w:proofErr w:type="spellStart"/>
            <w:r w:rsidRPr="00A256C2">
              <w:rPr>
                <w:sz w:val="16"/>
                <w:lang w:val="fr-FR"/>
              </w:rPr>
              <w:t>poștă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256C2">
              <w:rPr>
                <w:sz w:val="16"/>
                <w:lang w:val="fr-FR"/>
              </w:rPr>
              <w:t>adresa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de e-mail</w:t>
            </w:r>
            <w:proofErr w:type="gram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indicată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ridicare</w:t>
            </w:r>
            <w:proofErr w:type="spellEnd"/>
            <w:r w:rsidRPr="00A256C2">
              <w:rPr>
                <w:sz w:val="16"/>
                <w:lang w:val="fr-FR"/>
              </w:rPr>
              <w:t xml:space="preserve"> de la </w:t>
            </w:r>
            <w:proofErr w:type="spellStart"/>
            <w:r w:rsidRPr="00A256C2">
              <w:rPr>
                <w:sz w:val="16"/>
                <w:lang w:val="fr-FR"/>
              </w:rPr>
              <w:t>sediul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A02173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Default="00A02173">
            <w:r>
              <w:rPr>
                <w:b/>
                <w:color w:val="0D5F78"/>
              </w:rPr>
              <w:t>Data</w:t>
            </w:r>
          </w:p>
          <w:p w14:paraId="0640A92C" w14:textId="77777777" w:rsidR="00BD4241" w:rsidRDefault="00BD4241"/>
        </w:tc>
        <w:tc>
          <w:tcPr>
            <w:tcW w:w="4818" w:type="dxa"/>
          </w:tcPr>
          <w:p w14:paraId="79A6A644" w14:textId="77777777" w:rsidR="00BD4241" w:rsidRDefault="00A02173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09458222" w14:textId="77777777" w:rsidR="00BD4241" w:rsidRDefault="00BD4241"/>
        </w:tc>
        <w:tc>
          <w:tcPr>
            <w:tcW w:w="3212" w:type="dxa"/>
          </w:tcPr>
          <w:p w14:paraId="4A9DF68B" w14:textId="77777777" w:rsidR="00BD4241" w:rsidRDefault="00A02173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9080212" w14:textId="77777777" w:rsidR="00BD4241" w:rsidRDefault="00BD4241"/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89778" w14:textId="77777777" w:rsidR="00A02173" w:rsidRDefault="00A02173">
      <w:r>
        <w:separator/>
      </w:r>
    </w:p>
  </w:endnote>
  <w:endnote w:type="continuationSeparator" w:id="0">
    <w:p w14:paraId="5EE5AFA2" w14:textId="77777777" w:rsidR="00A02173" w:rsidRDefault="00A02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77777777" w:rsidR="00BD4241" w:rsidRDefault="00A02173">
    <w:pPr>
      <w:pStyle w:val="Subsol"/>
      <w:tabs>
        <w:tab w:val="right" w:pos="9639"/>
      </w:tabs>
    </w:pPr>
    <w:r>
      <w:rPr>
        <w:color w:val="595959"/>
      </w:rPr>
      <w:t xml:space="preserve">F_CU_04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3D2CF" w14:textId="77777777" w:rsidR="00A02173" w:rsidRDefault="00A02173">
      <w:r>
        <w:separator/>
      </w:r>
    </w:p>
  </w:footnote>
  <w:footnote w:type="continuationSeparator" w:id="0">
    <w:p w14:paraId="5CD40CDD" w14:textId="77777777" w:rsidR="00A02173" w:rsidRDefault="00A02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444F"/>
    <w:rsid w:val="0015074B"/>
    <w:rsid w:val="00200AB0"/>
    <w:rsid w:val="00232B9E"/>
    <w:rsid w:val="00240A5A"/>
    <w:rsid w:val="0029639D"/>
    <w:rsid w:val="00326F90"/>
    <w:rsid w:val="004232B2"/>
    <w:rsid w:val="004408E8"/>
    <w:rsid w:val="00462384"/>
    <w:rsid w:val="006860A6"/>
    <w:rsid w:val="006C103E"/>
    <w:rsid w:val="00745F29"/>
    <w:rsid w:val="00850B64"/>
    <w:rsid w:val="00917520"/>
    <w:rsid w:val="009511F8"/>
    <w:rsid w:val="00A02173"/>
    <w:rsid w:val="00A256C2"/>
    <w:rsid w:val="00AA1D8D"/>
    <w:rsid w:val="00B47730"/>
    <w:rsid w:val="00BD4241"/>
    <w:rsid w:val="00CB0664"/>
    <w:rsid w:val="00D50D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6860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comunabraesti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comunabraesti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4351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2026-09-30T21:37:00Z</dcterms:created>
  <dcterms:modified xsi:type="dcterms:W3CDTF">2026-09-30T21:37:00Z</dcterms:modified>
  <cp:category/>
</cp:coreProperties>
</file>