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43E2E" w14:paraId="6B47D613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321443D" w14:textId="1EFEB398" w:rsidR="00743E2E" w:rsidRDefault="00743E2E" w:rsidP="00743E2E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2C3C8DD6" wp14:editId="2A1A0663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01BE5FD9" w14:textId="77777777" w:rsidR="00743E2E" w:rsidRDefault="00743E2E" w:rsidP="00743E2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2E02068" w14:textId="7F6FAC05" w:rsidR="00743E2E" w:rsidRDefault="00743E2E" w:rsidP="00743E2E">
            <w:pPr>
              <w:keepNext/>
            </w:pPr>
            <w:r>
              <w:t>BOTOȘANI</w:t>
            </w:r>
          </w:p>
        </w:tc>
      </w:tr>
      <w:tr w:rsidR="00743E2E" w14:paraId="2A035372" w14:textId="77777777">
        <w:trPr>
          <w:cantSplit/>
          <w:trHeight w:val="510"/>
        </w:trPr>
        <w:tc>
          <w:tcPr>
            <w:tcW w:w="1606" w:type="dxa"/>
            <w:vMerge/>
          </w:tcPr>
          <w:p w14:paraId="3DEC7BC2" w14:textId="77777777" w:rsidR="00743E2E" w:rsidRDefault="00743E2E" w:rsidP="00743E2E"/>
        </w:tc>
        <w:tc>
          <w:tcPr>
            <w:tcW w:w="8030" w:type="dxa"/>
            <w:gridSpan w:val="3"/>
            <w:shd w:val="clear" w:color="auto" w:fill="F0F0F0"/>
          </w:tcPr>
          <w:p w14:paraId="7A2731C1" w14:textId="77777777" w:rsidR="00743E2E" w:rsidRDefault="00743E2E" w:rsidP="00743E2E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2D5B7E26" w14:textId="4CACA649" w:rsidR="00743E2E" w:rsidRDefault="00743E2E" w:rsidP="00743E2E">
            <w:pPr>
              <w:keepNext/>
            </w:pPr>
            <w:r>
              <w:t>PRIMARUL COMUNEI BRĂEȘTI</w:t>
            </w:r>
          </w:p>
        </w:tc>
      </w:tr>
      <w:tr w:rsidR="00743E2E" w14:paraId="1B600119" w14:textId="77777777">
        <w:trPr>
          <w:cantSplit/>
          <w:trHeight w:val="510"/>
        </w:trPr>
        <w:tc>
          <w:tcPr>
            <w:tcW w:w="1606" w:type="dxa"/>
            <w:vMerge/>
          </w:tcPr>
          <w:p w14:paraId="5CA4F582" w14:textId="77777777" w:rsidR="00743E2E" w:rsidRDefault="00743E2E" w:rsidP="00743E2E"/>
        </w:tc>
        <w:tc>
          <w:tcPr>
            <w:tcW w:w="2409" w:type="dxa"/>
            <w:shd w:val="clear" w:color="auto" w:fill="F0F0F0"/>
          </w:tcPr>
          <w:p w14:paraId="16740B06" w14:textId="77777777" w:rsidR="00743E2E" w:rsidRPr="00F801F2" w:rsidRDefault="00743E2E" w:rsidP="00743E2E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162D40B1" w14:textId="7CD7AA1C" w:rsidR="00743E2E" w:rsidRPr="00AD1D4A" w:rsidRDefault="00743E2E" w:rsidP="00743E2E">
            <w:pPr>
              <w:keepNext/>
              <w:rPr>
                <w:lang w:val="fr-FR"/>
              </w:rPr>
            </w:pPr>
            <w:r w:rsidRPr="00C212B6">
              <w:rPr>
                <w:lang w:val="fr-FR"/>
              </w:rPr>
              <w:t>3503694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5E547D5" w14:textId="77777777" w:rsidR="00743E2E" w:rsidRDefault="00743E2E" w:rsidP="00743E2E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48017C36" w14:textId="77777777" w:rsidR="00743E2E" w:rsidRDefault="00743E2E" w:rsidP="00743E2E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· </w:t>
            </w:r>
            <w:proofErr w:type="spellStart"/>
            <w:r>
              <w:rPr>
                <w:i/>
                <w:color w:val="7A7A7A"/>
              </w:rPr>
              <w:t>telefon</w:t>
            </w:r>
            <w:proofErr w:type="spellEnd"/>
            <w:r>
              <w:rPr>
                <w:i/>
                <w:color w:val="7A7A7A"/>
              </w:rPr>
              <w:t xml:space="preserve"> · e-mail</w:t>
            </w:r>
          </w:p>
          <w:p w14:paraId="7C07088B" w14:textId="77777777" w:rsidR="00743E2E" w:rsidRDefault="00743E2E" w:rsidP="00743E2E">
            <w:pPr>
              <w:keepNext/>
            </w:pPr>
            <w:r>
              <w:t xml:space="preserve">Str. Calea </w:t>
            </w:r>
            <w:proofErr w:type="spellStart"/>
            <w:r>
              <w:t>Națională</w:t>
            </w:r>
            <w:proofErr w:type="spellEnd"/>
            <w:r>
              <w:t xml:space="preserve">, nr. 41, Sat </w:t>
            </w:r>
            <w:proofErr w:type="spellStart"/>
            <w:r>
              <w:t>Brăești</w:t>
            </w:r>
            <w:proofErr w:type="spellEnd"/>
            <w:r>
              <w:t xml:space="preserve">; </w:t>
            </w:r>
            <w:r w:rsidRPr="00C212B6">
              <w:t>Tel.  0231/</w:t>
            </w:r>
            <w:proofErr w:type="gramStart"/>
            <w:r w:rsidRPr="00C212B6">
              <w:t>620023;  Fax</w:t>
            </w:r>
            <w:proofErr w:type="gramEnd"/>
            <w:r w:rsidRPr="00C212B6">
              <w:t xml:space="preserve"> 0231/620063</w:t>
            </w:r>
            <w:r>
              <w:t xml:space="preserve">; </w:t>
            </w:r>
          </w:p>
          <w:p w14:paraId="69271510" w14:textId="34DFB009" w:rsidR="00743E2E" w:rsidRDefault="00743E2E" w:rsidP="00743E2E">
            <w:pPr>
              <w:keepNext/>
            </w:pPr>
            <w:r w:rsidRPr="00C63B13">
              <w:t xml:space="preserve">e-mail: </w:t>
            </w:r>
            <w:hyperlink r:id="rId9" w:history="1">
              <w:r w:rsidRPr="008B79D1">
                <w:rPr>
                  <w:rStyle w:val="Hyperlink"/>
                </w:rPr>
                <w:t>primaria@comunabraesti.ro</w:t>
              </w:r>
            </w:hyperlink>
            <w:r>
              <w:t xml:space="preserve"> ; web: </w:t>
            </w:r>
            <w:hyperlink r:id="rId10" w:history="1">
              <w:r w:rsidRPr="008B79D1">
                <w:rPr>
                  <w:rStyle w:val="Hyperlink"/>
                </w:rPr>
                <w:t>www.comunabraesti.ro</w:t>
              </w:r>
            </w:hyperlink>
            <w:r>
              <w:t xml:space="preserve"> </w:t>
            </w:r>
          </w:p>
        </w:tc>
      </w:tr>
      <w:tr w:rsidR="00846492" w14:paraId="394B77A6" w14:textId="77777777">
        <w:trPr>
          <w:cantSplit/>
          <w:trHeight w:val="510"/>
        </w:trPr>
        <w:tc>
          <w:tcPr>
            <w:tcW w:w="1606" w:type="dxa"/>
            <w:vMerge/>
          </w:tcPr>
          <w:p w14:paraId="4D16E057" w14:textId="77777777" w:rsidR="00846492" w:rsidRDefault="00846492"/>
        </w:tc>
        <w:tc>
          <w:tcPr>
            <w:tcW w:w="4818" w:type="dxa"/>
            <w:gridSpan w:val="2"/>
            <w:shd w:val="clear" w:color="auto" w:fill="F0F0F0"/>
          </w:tcPr>
          <w:p w14:paraId="01A955A8" w14:textId="77777777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847BEA9" w14:textId="77777777" w:rsidR="00846492" w:rsidRDefault="0084649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36A2ED0" w14:textId="77777777" w:rsidR="00846492" w:rsidRDefault="00C34A2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B92C991" w14:textId="77777777" w:rsidR="00846492" w:rsidRDefault="00846492">
            <w:pPr>
              <w:keepNext/>
            </w:pPr>
          </w:p>
        </w:tc>
      </w:tr>
      <w:tr w:rsidR="00846492" w:rsidRPr="003869B3" w14:paraId="0BAF92F0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F39E915" w14:textId="77777777" w:rsidR="00846492" w:rsidRPr="00AD1D4A" w:rsidRDefault="00C34A20">
            <w:pPr>
              <w:rPr>
                <w:lang w:val="fr-FR"/>
              </w:rPr>
            </w:pPr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AD1D4A">
              <w:rPr>
                <w:i/>
                <w:color w:val="595959"/>
                <w:lang w:val="fr-FR"/>
              </w:rPr>
              <w:t>se</w:t>
            </w:r>
            <w:proofErr w:type="gram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scrie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în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D1D4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D1D4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69A4BF87" w14:textId="77777777" w:rsidR="00846492" w:rsidRPr="00AD1D4A" w:rsidRDefault="00846492">
      <w:pPr>
        <w:spacing w:line="168" w:lineRule="auto"/>
        <w:rPr>
          <w:lang w:val="fr-FR"/>
        </w:rPr>
      </w:pPr>
    </w:p>
    <w:p w14:paraId="70547CAD" w14:textId="77777777" w:rsidR="00846492" w:rsidRPr="00932ED5" w:rsidRDefault="00C34A20">
      <w:pPr>
        <w:spacing w:before="140" w:after="40"/>
        <w:jc w:val="center"/>
        <w:rPr>
          <w:sz w:val="28"/>
          <w:szCs w:val="28"/>
        </w:rPr>
      </w:pPr>
      <w:r w:rsidRPr="00932ED5">
        <w:rPr>
          <w:b/>
          <w:sz w:val="28"/>
          <w:szCs w:val="28"/>
        </w:rPr>
        <w:t>NOTIFICARE</w:t>
      </w:r>
    </w:p>
    <w:p w14:paraId="51E10078" w14:textId="77777777" w:rsidR="00846492" w:rsidRDefault="0084649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38BA77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DBEFCF" w14:textId="77777777" w:rsidR="00846492" w:rsidRDefault="00C34A2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846492" w:rsidRPr="003869B3" w14:paraId="27F279BA" w14:textId="77777777">
        <w:trPr>
          <w:cantSplit/>
          <w:trHeight w:val="510"/>
        </w:trPr>
        <w:tc>
          <w:tcPr>
            <w:tcW w:w="9636" w:type="dxa"/>
          </w:tcPr>
          <w:p w14:paraId="4FA4AD8A" w14:textId="77777777" w:rsidR="00846492" w:rsidRPr="00AD1D4A" w:rsidRDefault="00C34A20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49DB1A97" w14:textId="77777777" w:rsidR="00743E2E" w:rsidRPr="00F801F2" w:rsidRDefault="00743E2E" w:rsidP="00743E2E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20383914" w14:textId="60911823" w:rsidR="00846492" w:rsidRPr="00AD1D4A" w:rsidRDefault="00743E2E" w:rsidP="00743E2E">
            <w:pPr>
              <w:keepNext/>
              <w:rPr>
                <w:lang w:val="fr-FR"/>
              </w:rPr>
            </w:pPr>
            <w:r>
              <w:rPr>
                <w:b/>
                <w:bCs/>
                <w:lang w:val="fr-FR"/>
              </w:rPr>
              <w:t>BRĂEȘTI</w:t>
            </w:r>
            <w:r w:rsidRPr="00AD1D4A">
              <w:rPr>
                <w:lang w:val="fr-FR"/>
              </w:rPr>
              <w:t xml:space="preserve"> </w:t>
            </w:r>
          </w:p>
        </w:tc>
      </w:tr>
      <w:tr w:rsidR="00846492" w:rsidRPr="003869B3" w14:paraId="28848CD0" w14:textId="77777777">
        <w:trPr>
          <w:cantSplit/>
        </w:trPr>
        <w:tc>
          <w:tcPr>
            <w:tcW w:w="9636" w:type="dxa"/>
            <w:shd w:val="clear" w:color="auto" w:fill="F4F4F4"/>
          </w:tcPr>
          <w:p w14:paraId="1C3496A9" w14:textId="77777777" w:rsidR="00846492" w:rsidRPr="00AD1D4A" w:rsidRDefault="00C34A20">
            <w:pPr>
              <w:spacing w:line="228" w:lineRule="auto"/>
              <w:rPr>
                <w:lang w:val="fr-FR"/>
              </w:rPr>
            </w:pPr>
            <w:proofErr w:type="spellStart"/>
            <w:r w:rsidRPr="00AD1D4A">
              <w:rPr>
                <w:lang w:val="fr-FR"/>
              </w:rPr>
              <w:t>Cererea</w:t>
            </w:r>
            <w:proofErr w:type="spellEnd"/>
            <w:r w:rsidRPr="00AD1D4A">
              <w:rPr>
                <w:lang w:val="fr-FR"/>
              </w:rPr>
              <w:t xml:space="preserve"> va fi </w:t>
            </w:r>
            <w:proofErr w:type="spellStart"/>
            <w:r w:rsidRPr="00AD1D4A">
              <w:rPr>
                <w:lang w:val="fr-FR"/>
              </w:rPr>
              <w:t>transmisă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către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președintele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consiliului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județean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general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de </w:t>
            </w:r>
            <w:proofErr w:type="spellStart"/>
            <w:r w:rsidRPr="00AD1D4A">
              <w:rPr>
                <w:lang w:val="fr-FR"/>
              </w:rPr>
              <w:t>sector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sau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primarul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municipiului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orașului</w:t>
            </w:r>
            <w:proofErr w:type="spellEnd"/>
            <w:r w:rsidRPr="00AD1D4A">
              <w:rPr>
                <w:lang w:val="fr-FR"/>
              </w:rPr>
              <w:t xml:space="preserve"> / </w:t>
            </w:r>
            <w:proofErr w:type="spellStart"/>
            <w:r w:rsidRPr="00AD1D4A">
              <w:rPr>
                <w:lang w:val="fr-FR"/>
              </w:rPr>
              <w:t>comunei</w:t>
            </w:r>
            <w:proofErr w:type="spellEnd"/>
            <w:r w:rsidRPr="00AD1D4A">
              <w:rPr>
                <w:lang w:val="fr-FR"/>
              </w:rPr>
              <w:t xml:space="preserve">, </w:t>
            </w:r>
            <w:proofErr w:type="spellStart"/>
            <w:r w:rsidRPr="00AD1D4A">
              <w:rPr>
                <w:lang w:val="fr-FR"/>
              </w:rPr>
              <w:t>după</w:t>
            </w:r>
            <w:proofErr w:type="spellEnd"/>
            <w:r w:rsidRPr="00AD1D4A">
              <w:rPr>
                <w:lang w:val="fr-FR"/>
              </w:rPr>
              <w:t xml:space="preserve"> </w:t>
            </w:r>
            <w:proofErr w:type="spellStart"/>
            <w:r w:rsidRPr="00AD1D4A">
              <w:rPr>
                <w:lang w:val="fr-FR"/>
              </w:rPr>
              <w:t>caz</w:t>
            </w:r>
            <w:proofErr w:type="spellEnd"/>
            <w:r w:rsidRPr="00AD1D4A">
              <w:rPr>
                <w:lang w:val="fr-FR"/>
              </w:rPr>
              <w:t>.</w:t>
            </w:r>
          </w:p>
        </w:tc>
      </w:tr>
    </w:tbl>
    <w:p w14:paraId="001AE2F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846492" w14:paraId="7DF841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2825B60" w14:textId="77777777" w:rsidR="00846492" w:rsidRDefault="00C34A2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46492" w14:paraId="7E6A7A49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37F3BD42" w14:textId="77777777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CB056C9" w14:textId="77777777" w:rsidR="00846492" w:rsidRDefault="00846492">
            <w:pPr>
              <w:keepNext/>
            </w:pPr>
          </w:p>
        </w:tc>
        <w:tc>
          <w:tcPr>
            <w:tcW w:w="4015" w:type="dxa"/>
            <w:gridSpan w:val="3"/>
          </w:tcPr>
          <w:p w14:paraId="33FE0D46" w14:textId="77777777" w:rsidR="00846492" w:rsidRDefault="00C34A2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4500F5F" w14:textId="77777777" w:rsidR="00846492" w:rsidRDefault="00846492">
            <w:pPr>
              <w:keepNext/>
            </w:pPr>
          </w:p>
        </w:tc>
      </w:tr>
      <w:tr w:rsidR="00846492" w14:paraId="65BEB29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E24D5C" w14:textId="77777777" w:rsidR="00846492" w:rsidRDefault="00C34A2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846492" w14:paraId="3F106F45" w14:textId="77777777">
        <w:trPr>
          <w:cantSplit/>
          <w:trHeight w:val="510"/>
        </w:trPr>
        <w:tc>
          <w:tcPr>
            <w:tcW w:w="1606" w:type="dxa"/>
          </w:tcPr>
          <w:p w14:paraId="5FD62179" w14:textId="77777777" w:rsidR="00846492" w:rsidRDefault="00C34A2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4CEF7E6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0308FD56" w14:textId="77777777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AEB8A5C" w14:textId="77777777" w:rsidR="00846492" w:rsidRDefault="00846492">
            <w:pPr>
              <w:keepNext/>
            </w:pPr>
          </w:p>
        </w:tc>
        <w:tc>
          <w:tcPr>
            <w:tcW w:w="4818" w:type="dxa"/>
            <w:gridSpan w:val="5"/>
          </w:tcPr>
          <w:p w14:paraId="0927B528" w14:textId="77777777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D7FCF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44FD134D" w14:textId="77777777" w:rsidR="00846492" w:rsidRDefault="00C34A2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3BDA4185" w14:textId="77777777" w:rsidR="00846492" w:rsidRDefault="00846492">
            <w:pPr>
              <w:keepNext/>
            </w:pPr>
          </w:p>
        </w:tc>
      </w:tr>
      <w:tr w:rsidR="00846492" w14:paraId="5C5C588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898FBE" w14:textId="77777777" w:rsidR="00846492" w:rsidRDefault="00C34A2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46492" w14:paraId="3CD32D4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DBCC0C1" w14:textId="77777777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D3B8F2C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4"/>
          </w:tcPr>
          <w:p w14:paraId="60F04367" w14:textId="77777777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C56BE00" w14:textId="77777777" w:rsidR="00846492" w:rsidRDefault="00846492">
            <w:pPr>
              <w:keepNext/>
            </w:pPr>
          </w:p>
        </w:tc>
        <w:tc>
          <w:tcPr>
            <w:tcW w:w="3212" w:type="dxa"/>
            <w:gridSpan w:val="2"/>
          </w:tcPr>
          <w:p w14:paraId="26C4024F" w14:textId="77777777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4899515D" w14:textId="77777777" w:rsidR="00846492" w:rsidRDefault="00846492">
            <w:pPr>
              <w:keepNext/>
            </w:pPr>
          </w:p>
        </w:tc>
      </w:tr>
      <w:tr w:rsidR="00846492" w14:paraId="2A8317DE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C7C19F7" w14:textId="77777777" w:rsidR="00846492" w:rsidRDefault="00C34A2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FFCDC2B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72972360" w14:textId="77777777" w:rsidR="00846492" w:rsidRDefault="00C34A2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B351E33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FD45BFA" w14:textId="77777777" w:rsidR="00846492" w:rsidRDefault="00C34A2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0D94A4F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2B046CED" w14:textId="77777777" w:rsidR="00846492" w:rsidRDefault="00C34A2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3D38ABA" w14:textId="77777777" w:rsidR="00846492" w:rsidRDefault="00846492">
            <w:pPr>
              <w:keepNext/>
            </w:pPr>
          </w:p>
        </w:tc>
        <w:tc>
          <w:tcPr>
            <w:tcW w:w="803" w:type="dxa"/>
          </w:tcPr>
          <w:p w14:paraId="457DE39D" w14:textId="77777777" w:rsidR="00846492" w:rsidRDefault="00C34A2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991DEB2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3C191247" w14:textId="77777777" w:rsidR="00846492" w:rsidRDefault="00C34A2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8DF0FCD" w14:textId="77777777" w:rsidR="00846492" w:rsidRDefault="00846492">
            <w:pPr>
              <w:keepNext/>
            </w:pPr>
          </w:p>
        </w:tc>
        <w:tc>
          <w:tcPr>
            <w:tcW w:w="1606" w:type="dxa"/>
          </w:tcPr>
          <w:p w14:paraId="106DF56E" w14:textId="77777777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656D3B26" w14:textId="77777777" w:rsidR="00846492" w:rsidRDefault="00846492">
            <w:pPr>
              <w:keepNext/>
            </w:pPr>
          </w:p>
        </w:tc>
      </w:tr>
      <w:tr w:rsidR="00846492" w14:paraId="23177AC9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376B2E" w14:textId="77777777" w:rsidR="00846492" w:rsidRDefault="00C34A2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46492" w14:paraId="4FED465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56CE37E7" w14:textId="77777777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0438351" w14:textId="77777777" w:rsidR="00846492" w:rsidRDefault="00846492">
            <w:pPr>
              <w:keepNext/>
            </w:pPr>
          </w:p>
        </w:tc>
        <w:tc>
          <w:tcPr>
            <w:tcW w:w="5621" w:type="dxa"/>
            <w:gridSpan w:val="5"/>
          </w:tcPr>
          <w:p w14:paraId="79119190" w14:textId="77777777" w:rsidR="00846492" w:rsidRDefault="00C34A2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20A4B08" w14:textId="77777777" w:rsidR="00846492" w:rsidRDefault="00846492">
            <w:pPr>
              <w:keepNext/>
            </w:pPr>
          </w:p>
        </w:tc>
      </w:tr>
      <w:tr w:rsidR="00846492" w:rsidRPr="003869B3" w14:paraId="02C440B7" w14:textId="77777777">
        <w:trPr>
          <w:cantSplit/>
        </w:trPr>
        <w:tc>
          <w:tcPr>
            <w:tcW w:w="9636" w:type="dxa"/>
            <w:gridSpan w:val="8"/>
          </w:tcPr>
          <w:p w14:paraId="5CB0B95E" w14:textId="77777777" w:rsidR="00846492" w:rsidRPr="00AD1D4A" w:rsidRDefault="00C34A2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titular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dreptului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proprietate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împuternicit</w:t>
            </w:r>
            <w:proofErr w:type="spellEnd"/>
            <w:r w:rsidRPr="00AD1D4A">
              <w:rPr>
                <w:sz w:val="16"/>
                <w:lang w:val="fr-FR"/>
              </w:rPr>
              <w:t xml:space="preserve"> al </w:t>
            </w:r>
            <w:proofErr w:type="spellStart"/>
            <w:r w:rsidRPr="00AD1D4A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3DF35FBB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1606"/>
        <w:gridCol w:w="1606"/>
        <w:gridCol w:w="1606"/>
      </w:tblGrid>
      <w:tr w:rsidR="00AD1D4A" w14:paraId="5929B42D" w14:textId="77777777" w:rsidTr="00F80068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23E58B" w14:textId="77777777" w:rsidR="00AD1D4A" w:rsidRDefault="00AD1D4A" w:rsidP="00F80068">
            <w:pPr>
              <w:keepNext/>
            </w:pP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1D4A" w14:paraId="5039B336" w14:textId="77777777" w:rsidTr="00F80068">
        <w:trPr>
          <w:cantSplit/>
          <w:trHeight w:val="510"/>
        </w:trPr>
        <w:tc>
          <w:tcPr>
            <w:tcW w:w="4818" w:type="dxa"/>
          </w:tcPr>
          <w:p w14:paraId="2FF2026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Localizare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adresă</w:t>
            </w:r>
            <w:proofErr w:type="spellEnd"/>
          </w:p>
          <w:p w14:paraId="72532FD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7C5F1FB2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>Nr. cadastral</w:t>
            </w:r>
          </w:p>
          <w:p w14:paraId="684FF2B6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E1F247B" w14:textId="77777777" w:rsidR="00AD1D4A" w:rsidRDefault="00AD1D4A" w:rsidP="00F8006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6BC75FE4" w14:textId="77777777" w:rsidR="00AD1D4A" w:rsidRDefault="00AD1D4A" w:rsidP="00F80068">
            <w:pPr>
              <w:keepNext/>
            </w:pPr>
          </w:p>
        </w:tc>
        <w:tc>
          <w:tcPr>
            <w:tcW w:w="1606" w:type="dxa"/>
          </w:tcPr>
          <w:p w14:paraId="5AB6AC88" w14:textId="77777777" w:rsidR="00AD1D4A" w:rsidRDefault="00AD1D4A" w:rsidP="00F80068">
            <w:pPr>
              <w:keepNext/>
            </w:pPr>
            <w:proofErr w:type="spellStart"/>
            <w:r>
              <w:rPr>
                <w:b/>
                <w:color w:val="0D5F78"/>
              </w:rPr>
              <w:t>Suprafață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mp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2D05BD3E" w14:textId="77777777" w:rsidR="00AD1D4A" w:rsidRDefault="00AD1D4A" w:rsidP="00F80068">
            <w:pPr>
              <w:keepNext/>
            </w:pPr>
          </w:p>
        </w:tc>
      </w:tr>
      <w:tr w:rsidR="00AD1D4A" w14:paraId="3339180E" w14:textId="77777777" w:rsidTr="00F80068">
        <w:trPr>
          <w:cantSplit/>
        </w:trPr>
        <w:tc>
          <w:tcPr>
            <w:tcW w:w="9636" w:type="dxa"/>
            <w:gridSpan w:val="4"/>
          </w:tcPr>
          <w:p w14:paraId="509D0797" w14:textId="77777777" w:rsidR="00AD1D4A" w:rsidRDefault="00AD1D4A" w:rsidP="00F80068">
            <w:pPr>
              <w:keepNext/>
            </w:pPr>
            <w:r>
              <w:rPr>
                <w:sz w:val="16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extravilan</w:t>
            </w:r>
            <w:proofErr w:type="spellEnd"/>
            <w:r>
              <w:rPr>
                <w:sz w:val="16"/>
              </w:rPr>
              <w:t xml:space="preserve">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rural    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</w:t>
            </w:r>
            <w:proofErr w:type="spellEnd"/>
            <w:r>
              <w:rPr>
                <w:sz w:val="16"/>
              </w:rPr>
              <w:t xml:space="preserve"> urban</w:t>
            </w:r>
          </w:p>
        </w:tc>
      </w:tr>
      <w:tr w:rsidR="00AD1D4A" w:rsidRPr="003869B3" w14:paraId="69FFC6D8" w14:textId="77777777" w:rsidTr="00F80068">
        <w:trPr>
          <w:cantSplit/>
        </w:trPr>
        <w:tc>
          <w:tcPr>
            <w:tcW w:w="9636" w:type="dxa"/>
            <w:gridSpan w:val="4"/>
          </w:tcPr>
          <w:p w14:paraId="305C8FA7" w14:textId="77777777" w:rsidR="00AD1D4A" w:rsidRPr="00AD1D4A" w:rsidRDefault="00AD1D4A" w:rsidP="00F80068">
            <w:pPr>
              <w:keepNext/>
              <w:rPr>
                <w:lang w:val="fr-FR"/>
              </w:rPr>
            </w:pPr>
            <w:r>
              <w:rPr>
                <w:sz w:val="16"/>
              </w:rPr>
              <w:t xml:space="preserve">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localitate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rurală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metropolitană</w:t>
            </w:r>
            <w:proofErr w:type="spellEnd"/>
            <w:r w:rsidRPr="00AD1D4A">
              <w:rPr>
                <w:sz w:val="16"/>
                <w:lang w:val="fr-FR"/>
              </w:rPr>
              <w:t>:</w:t>
            </w:r>
            <w:proofErr w:type="gramEnd"/>
            <w:r w:rsidRPr="00AD1D4A">
              <w:rPr>
                <w:sz w:val="16"/>
                <w:lang w:val="fr-FR"/>
              </w:rPr>
              <w:t xml:space="preserve"> DA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NU     </w:t>
            </w: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neaplicabil</w:t>
            </w:r>
            <w:proofErr w:type="spellEnd"/>
          </w:p>
        </w:tc>
      </w:tr>
      <w:tr w:rsidR="00AD1D4A" w:rsidRPr="003869B3" w14:paraId="042EFAE0" w14:textId="77777777" w:rsidTr="00F80068">
        <w:trPr>
          <w:cantSplit/>
          <w:trHeight w:val="510"/>
        </w:trPr>
        <w:tc>
          <w:tcPr>
            <w:tcW w:w="9636" w:type="dxa"/>
            <w:gridSpan w:val="4"/>
          </w:tcPr>
          <w:p w14:paraId="147C29C2" w14:textId="77777777" w:rsidR="00AD1D4A" w:rsidRPr="00AD1D4A" w:rsidRDefault="00AD1D4A" w:rsidP="00F80068">
            <w:pPr>
              <w:keepNext/>
              <w:rPr>
                <w:lang w:val="fr-FR"/>
              </w:rPr>
            </w:pPr>
            <w:proofErr w:type="spellStart"/>
            <w:r w:rsidRPr="00AD1D4A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/ UTR /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reglementarea</w:t>
            </w:r>
            <w:proofErr w:type="spellEnd"/>
            <w:r w:rsidRPr="00AD1D4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D1D4A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7A5AB06B" w14:textId="77777777" w:rsidR="00AD1D4A" w:rsidRPr="00AD1D4A" w:rsidRDefault="00AD1D4A" w:rsidP="00F80068">
            <w:pPr>
              <w:keepNext/>
              <w:rPr>
                <w:lang w:val="fr-FR"/>
              </w:rPr>
            </w:pPr>
          </w:p>
        </w:tc>
      </w:tr>
      <w:tr w:rsidR="00AD1D4A" w14:paraId="29E39CB8" w14:textId="77777777" w:rsidTr="00F80068">
        <w:trPr>
          <w:cantSplit/>
        </w:trPr>
        <w:tc>
          <w:tcPr>
            <w:tcW w:w="9636" w:type="dxa"/>
            <w:gridSpan w:val="4"/>
          </w:tcPr>
          <w:p w14:paraId="195B1C8C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afara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zonelor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</w:p>
          <w:p w14:paraId="5762F10A" w14:textId="77777777" w:rsidR="00AD1D4A" w:rsidRPr="00AD1D4A" w:rsidRDefault="00AD1D4A" w:rsidP="00F80068">
            <w:pPr>
              <w:rPr>
                <w:lang w:val="fr-FR"/>
              </w:rPr>
            </w:pPr>
            <w:r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construită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protejată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zonă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monumentului</w:t>
            </w:r>
            <w:proofErr w:type="spellEnd"/>
          </w:p>
          <w:p w14:paraId="09C5DFBB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curs de </w:t>
            </w:r>
            <w:proofErr w:type="spellStart"/>
            <w:r>
              <w:rPr>
                <w:sz w:val="16"/>
              </w:rPr>
              <w:t>clasare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valoare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arhitecturală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istorică</w:t>
            </w:r>
            <w:proofErr w:type="spellEnd"/>
          </w:p>
          <w:p w14:paraId="0724CD46" w14:textId="77777777" w:rsidR="00AD1D4A" w:rsidRDefault="00AD1D4A" w:rsidP="00F80068"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alt </w:t>
            </w:r>
            <w:proofErr w:type="spellStart"/>
            <w:r>
              <w:rPr>
                <w:sz w:val="16"/>
              </w:rPr>
              <w:t>regim</w:t>
            </w:r>
            <w:proofErr w:type="spellEnd"/>
            <w:r>
              <w:rPr>
                <w:sz w:val="16"/>
              </w:rPr>
              <w:t xml:space="preserve"> special</w:t>
            </w:r>
          </w:p>
        </w:tc>
      </w:tr>
    </w:tbl>
    <w:p w14:paraId="49B46F46" w14:textId="7F20C751" w:rsidR="00AD1D4A" w:rsidRDefault="00AD1D4A">
      <w:pPr>
        <w:spacing w:before="80" w:after="60"/>
        <w:jc w:val="center"/>
        <w:rPr>
          <w:sz w:val="18"/>
        </w:rPr>
      </w:pPr>
      <w:proofErr w:type="spellStart"/>
      <w:r w:rsidRPr="00AD1D4A">
        <w:rPr>
          <w:sz w:val="18"/>
        </w:rPr>
        <w:t>în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temeiul</w:t>
      </w:r>
      <w:proofErr w:type="spellEnd"/>
      <w:r w:rsidRPr="00AD1D4A">
        <w:rPr>
          <w:sz w:val="18"/>
        </w:rPr>
        <w:t xml:space="preserve"> art. 294–298 </w:t>
      </w:r>
      <w:r>
        <w:rPr>
          <w:sz w:val="18"/>
        </w:rPr>
        <w:t xml:space="preserve">din </w:t>
      </w:r>
      <w:r w:rsidRPr="00AD1D4A">
        <w:rPr>
          <w:sz w:val="18"/>
        </w:rPr>
        <w:t>Leg</w:t>
      </w:r>
      <w:r>
        <w:rPr>
          <w:sz w:val="18"/>
        </w:rPr>
        <w:t xml:space="preserve">ea </w:t>
      </w:r>
      <w:r w:rsidRPr="00AD1D4A">
        <w:rPr>
          <w:sz w:val="18"/>
        </w:rPr>
        <w:t xml:space="preserve">nr. 169/2026 </w:t>
      </w:r>
      <w:proofErr w:type="spellStart"/>
      <w:r w:rsidRPr="00AD1D4A">
        <w:rPr>
          <w:sz w:val="18"/>
        </w:rPr>
        <w:t>privind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Codul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amenajării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teritoriului</w:t>
      </w:r>
      <w:proofErr w:type="spellEnd"/>
      <w:r w:rsidRPr="00AD1D4A">
        <w:rPr>
          <w:sz w:val="18"/>
        </w:rPr>
        <w:t xml:space="preserve">, </w:t>
      </w:r>
      <w:proofErr w:type="spellStart"/>
      <w:r w:rsidRPr="00AD1D4A">
        <w:rPr>
          <w:sz w:val="18"/>
        </w:rPr>
        <w:t>urbanismului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și</w:t>
      </w:r>
      <w:proofErr w:type="spellEnd"/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construcțiilor</w:t>
      </w:r>
      <w:proofErr w:type="spellEnd"/>
      <w:r w:rsidRPr="00AD1D4A">
        <w:rPr>
          <w:sz w:val="18"/>
        </w:rPr>
        <w:t>,</w:t>
      </w:r>
    </w:p>
    <w:p w14:paraId="0CB86961" w14:textId="77777777" w:rsidR="00D2019F" w:rsidRDefault="00C34A20" w:rsidP="007C5D68">
      <w:pPr>
        <w:spacing w:before="80" w:after="60"/>
        <w:jc w:val="center"/>
        <w:rPr>
          <w:sz w:val="18"/>
        </w:rPr>
      </w:pPr>
      <w:r w:rsidRPr="00AD1D4A">
        <w:rPr>
          <w:sz w:val="18"/>
        </w:rPr>
        <w:t xml:space="preserve"> </w:t>
      </w:r>
      <w:proofErr w:type="spellStart"/>
      <w:r w:rsidRPr="00AD1D4A">
        <w:rPr>
          <w:sz w:val="18"/>
        </w:rPr>
        <w:t>notific</w:t>
      </w:r>
      <w:proofErr w:type="spellEnd"/>
      <w:r w:rsidRPr="00AD1D4A">
        <w:rPr>
          <w:sz w:val="18"/>
        </w:rPr>
        <w:t xml:space="preserve"> </w:t>
      </w:r>
    </w:p>
    <w:p w14:paraId="3836DA1E" w14:textId="278B64AA" w:rsidR="00846492" w:rsidRDefault="00846492"/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CC1166" w14:textId="77777777">
        <w:trPr>
          <w:cantSplit/>
        </w:trPr>
        <w:tc>
          <w:tcPr>
            <w:tcW w:w="9636" w:type="dxa"/>
            <w:shd w:val="clear" w:color="auto" w:fill="F4F4F4"/>
          </w:tcPr>
          <w:p w14:paraId="2B5A71CA" w14:textId="4F17B5DB" w:rsidR="00846492" w:rsidRDefault="00C34A2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 w:rsidR="00932ED5">
              <w:rPr>
                <w:b/>
                <w:sz w:val="16"/>
              </w:rPr>
              <w:t xml:space="preserve">EXECUTAREA URMĂTOARELOR </w:t>
            </w:r>
            <w:r>
              <w:rPr>
                <w:b/>
                <w:color w:val="000000"/>
                <w:sz w:val="18"/>
              </w:rPr>
              <w:t>LUCRĂRI</w:t>
            </w:r>
          </w:p>
        </w:tc>
      </w:tr>
      <w:tr w:rsidR="00846492" w14:paraId="56D845C5" w14:textId="77777777">
        <w:trPr>
          <w:cantSplit/>
        </w:trPr>
        <w:tc>
          <w:tcPr>
            <w:tcW w:w="9636" w:type="dxa"/>
            <w:shd w:val="clear" w:color="auto" w:fill="F4F4F4"/>
          </w:tcPr>
          <w:p w14:paraId="7AC446AD" w14:textId="02FE3DFF" w:rsidR="00846492" w:rsidRDefault="00C34A20">
            <w:pPr>
              <w:keepNext/>
            </w:pPr>
            <w:r>
              <w:rPr>
                <w:sz w:val="16"/>
              </w:rPr>
              <w:t xml:space="preserve"> A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mediul</w:t>
            </w:r>
            <w:proofErr w:type="spellEnd"/>
            <w:r>
              <w:rPr>
                <w:sz w:val="16"/>
              </w:rPr>
              <w:t xml:space="preserve"> rural,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intravila</w:t>
            </w:r>
            <w:r w:rsidR="007C5D68">
              <w:rPr>
                <w:sz w:val="16"/>
              </w:rPr>
              <w:t>n</w:t>
            </w:r>
            <w:proofErr w:type="spellEnd"/>
            <w:r w:rsidR="007C5D68">
              <w:rPr>
                <w:sz w:val="16"/>
              </w:rPr>
              <w:t xml:space="preserve">, din </w:t>
            </w:r>
            <w:proofErr w:type="spellStart"/>
            <w:r w:rsidR="007C5D68">
              <w:rPr>
                <w:sz w:val="16"/>
              </w:rPr>
              <w:t>categoria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celor</w:t>
            </w:r>
            <w:proofErr w:type="spellEnd"/>
            <w:r w:rsidR="007C5D68">
              <w:rPr>
                <w:sz w:val="16"/>
              </w:rPr>
              <w:t xml:space="preserve"> </w:t>
            </w:r>
            <w:proofErr w:type="spellStart"/>
            <w:r w:rsidR="007C5D68">
              <w:rPr>
                <w:sz w:val="16"/>
              </w:rPr>
              <w:t>prevăzute</w:t>
            </w:r>
            <w:proofErr w:type="spellEnd"/>
            <w:r w:rsidR="007C5D68">
              <w:rPr>
                <w:sz w:val="16"/>
              </w:rPr>
              <w:t xml:space="preserve"> la </w:t>
            </w:r>
            <w:r>
              <w:rPr>
                <w:sz w:val="16"/>
              </w:rPr>
              <w:t xml:space="preserve">art. 294 </w:t>
            </w:r>
            <w:proofErr w:type="spellStart"/>
            <w:r>
              <w:rPr>
                <w:sz w:val="16"/>
              </w:rPr>
              <w:t>alin</w:t>
            </w:r>
            <w:proofErr w:type="spellEnd"/>
            <w:r>
              <w:rPr>
                <w:sz w:val="16"/>
              </w:rPr>
              <w:t>. (2) lit. a)</w:t>
            </w:r>
            <w:r w:rsidR="007C5D68">
              <w:rPr>
                <w:sz w:val="16"/>
              </w:rPr>
              <w:t xml:space="preserve"> din Legea nr. 169/2026</w:t>
            </w:r>
          </w:p>
        </w:tc>
      </w:tr>
      <w:tr w:rsidR="00846492" w:rsidRPr="003869B3" w14:paraId="7CDD9B28" w14:textId="77777777">
        <w:trPr>
          <w:cantSplit/>
        </w:trPr>
        <w:tc>
          <w:tcPr>
            <w:tcW w:w="9636" w:type="dxa"/>
          </w:tcPr>
          <w:p w14:paraId="41F97833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A.1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noi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locuinței</w:t>
            </w:r>
            <w:proofErr w:type="spellEnd"/>
            <w:r w:rsidRPr="00AD1D4A">
              <w:rPr>
                <w:sz w:val="16"/>
                <w:lang w:val="fr-FR"/>
              </w:rPr>
              <w:t xml:space="preserve"> unifamiliale (</w:t>
            </w:r>
            <w:proofErr w:type="spellStart"/>
            <w:r w:rsidRPr="00AD1D4A">
              <w:rPr>
                <w:sz w:val="16"/>
                <w:lang w:val="fr-FR"/>
              </w:rPr>
              <w:t>garaje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, </w:t>
            </w:r>
            <w:proofErr w:type="spellStart"/>
            <w:r w:rsidRPr="00AD1D4A">
              <w:rPr>
                <w:sz w:val="16"/>
                <w:lang w:val="fr-FR"/>
              </w:rPr>
              <w:t>pergole</w:t>
            </w:r>
            <w:proofErr w:type="spellEnd"/>
            <w:r w:rsidRPr="00AD1D4A">
              <w:rPr>
                <w:sz w:val="16"/>
                <w:lang w:val="fr-FR"/>
              </w:rPr>
              <w:t>, piscine…)</w:t>
            </w:r>
          </w:p>
          <w:p w14:paraId="1A850A01" w14:textId="5FFFDA1D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A.2 o </w:t>
            </w:r>
            <w:proofErr w:type="spellStart"/>
            <w:r w:rsidRPr="00AD1D4A">
              <w:rPr>
                <w:sz w:val="16"/>
                <w:lang w:val="fr-FR"/>
              </w:rPr>
              <w:t>singură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locuință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unifamilială</w:t>
            </w:r>
            <w:proofErr w:type="spellEnd"/>
            <w:r w:rsidRPr="00AD1D4A">
              <w:rPr>
                <w:sz w:val="16"/>
                <w:lang w:val="fr-FR"/>
              </w:rPr>
              <w:t xml:space="preserve"> (P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D+P, max. 150 </w:t>
            </w:r>
            <w:proofErr w:type="spellStart"/>
            <w:r w:rsidRPr="00AD1D4A">
              <w:rPr>
                <w:sz w:val="16"/>
                <w:lang w:val="fr-FR"/>
              </w:rPr>
              <w:t>mp</w:t>
            </w:r>
            <w:proofErr w:type="spellEnd"/>
            <w:r w:rsidR="00D2019F">
              <w:rPr>
                <w:sz w:val="16"/>
                <w:lang w:val="fr-FR"/>
              </w:rPr>
              <w:t xml:space="preserve">) :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bază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proofErr w:type="gramStart"/>
            <w:r w:rsidRPr="00AD1D4A">
              <w:rPr>
                <w:sz w:val="16"/>
                <w:lang w:val="fr-FR"/>
              </w:rPr>
              <w:t>proiect</w:t>
            </w:r>
            <w:proofErr w:type="spellEnd"/>
            <w:r w:rsidR="007F39C2">
              <w:rPr>
                <w:sz w:val="16"/>
                <w:lang w:val="fr-FR"/>
              </w:rPr>
              <w:t xml:space="preserve"> </w:t>
            </w:r>
            <w:r w:rsidR="00D2019F">
              <w:rPr>
                <w:sz w:val="16"/>
                <w:lang w:val="fr-FR"/>
              </w:rPr>
              <w:t xml:space="preserve"> /</w:t>
            </w:r>
            <w:proofErr w:type="gramEnd"/>
            <w:r w:rsidR="00D2019F">
              <w:rPr>
                <w:sz w:val="16"/>
                <w:lang w:val="fr-FR"/>
              </w:rPr>
              <w:t xml:space="preserve"> </w:t>
            </w:r>
            <w:r w:rsidR="00D2019F" w:rsidRPr="00AD1D4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D2019F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pe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="00D2019F" w:rsidRPr="00AD1D4A">
              <w:rPr>
                <w:sz w:val="16"/>
                <w:lang w:val="fr-FR"/>
              </w:rPr>
              <w:t>bază</w:t>
            </w:r>
            <w:proofErr w:type="spellEnd"/>
            <w:r w:rsidR="00D2019F"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="00D2019F" w:rsidRPr="00AD1D4A">
              <w:rPr>
                <w:sz w:val="16"/>
                <w:lang w:val="fr-FR"/>
              </w:rPr>
              <w:t>proiect</w:t>
            </w:r>
            <w:proofErr w:type="spellEnd"/>
            <w:r w:rsidR="00D2019F">
              <w:rPr>
                <w:sz w:val="16"/>
                <w:lang w:val="fr-FR"/>
              </w:rPr>
              <w:t>-tip</w:t>
            </w:r>
          </w:p>
        </w:tc>
      </w:tr>
      <w:tr w:rsidR="00846492" w14:paraId="0B8A69FC" w14:textId="77777777">
        <w:trPr>
          <w:cantSplit/>
        </w:trPr>
        <w:tc>
          <w:tcPr>
            <w:tcW w:w="9636" w:type="dxa"/>
            <w:shd w:val="clear" w:color="auto" w:fill="F4F4F4"/>
          </w:tcPr>
          <w:p w14:paraId="5C9642B8" w14:textId="79EAAD23" w:rsidR="00846492" w:rsidRDefault="00C34A20">
            <w:pPr>
              <w:keepNext/>
            </w:pPr>
            <w:r w:rsidRPr="00AD1D4A">
              <w:rPr>
                <w:sz w:val="16"/>
                <w:lang w:val="fr-FR"/>
              </w:rPr>
              <w:t xml:space="preserve"> B · </w:t>
            </w:r>
            <w:proofErr w:type="spellStart"/>
            <w:r w:rsidRPr="00AD1D4A">
              <w:rPr>
                <w:sz w:val="16"/>
                <w:lang w:val="fr-FR"/>
              </w:rPr>
              <w:t>Intervenții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  <w:r w:rsidRPr="00AD1D4A">
              <w:rPr>
                <w:sz w:val="16"/>
                <w:lang w:val="fr-FR"/>
              </w:rPr>
              <w:t xml:space="preserve"> —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 art. 294 </w:t>
            </w:r>
            <w:proofErr w:type="spellStart"/>
            <w:r w:rsidR="007C5D68" w:rsidRPr="007C5D68">
              <w:rPr>
                <w:sz w:val="16"/>
                <w:lang w:val="fr-FR"/>
              </w:rPr>
              <w:t>alin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. </w:t>
            </w:r>
            <w:r w:rsidR="007C5D68">
              <w:rPr>
                <w:sz w:val="16"/>
              </w:rPr>
              <w:t>(2) lit. b) din Legea nr. 169/2026</w:t>
            </w:r>
          </w:p>
        </w:tc>
      </w:tr>
    </w:tbl>
    <w:p w14:paraId="2E89E498" w14:textId="77777777" w:rsidR="007C5D68" w:rsidRDefault="007C5D68">
      <w:pPr>
        <w:keepNext/>
        <w:rPr>
          <w:sz w:val="16"/>
        </w:rPr>
        <w:sectPr w:rsidR="007C5D68" w:rsidSect="007C5D68">
          <w:footerReference w:type="default" r:id="rId11"/>
          <w:headerReference w:type="first" r:id="rId12"/>
          <w:footerReference w:type="first" r:id="rId13"/>
          <w:pgSz w:w="11906" w:h="16838"/>
          <w:pgMar w:top="567" w:right="1134" w:bottom="454" w:left="1134" w:header="720" w:footer="227" w:gutter="0"/>
          <w:cols w:space="720"/>
          <w:titlePg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732131E" w14:textId="77777777">
        <w:trPr>
          <w:cantSplit/>
        </w:trPr>
        <w:tc>
          <w:tcPr>
            <w:tcW w:w="9636" w:type="dxa"/>
          </w:tcPr>
          <w:p w14:paraId="5810938E" w14:textId="77777777" w:rsidR="00846492" w:rsidRDefault="00C34A20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B.1 </w:t>
            </w:r>
            <w:proofErr w:type="spellStart"/>
            <w:r>
              <w:rPr>
                <w:sz w:val="16"/>
              </w:rPr>
              <w:t>împrejmuiri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noi</w:t>
            </w:r>
            <w:proofErr w:type="spellEnd"/>
          </w:p>
          <w:p w14:paraId="0EF99278" w14:textId="77777777" w:rsidR="00846492" w:rsidRDefault="00C34A20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B.2 </w:t>
            </w:r>
            <w:proofErr w:type="spellStart"/>
            <w:r>
              <w:rPr>
                <w:sz w:val="16"/>
              </w:rPr>
              <w:t>înlocuire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reconfigurare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acoperiș</w:t>
            </w:r>
            <w:proofErr w:type="spellEnd"/>
          </w:p>
          <w:p w14:paraId="1774BDF1" w14:textId="77777777" w:rsidR="00846492" w:rsidRDefault="00C34A20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B.3 </w:t>
            </w:r>
            <w:proofErr w:type="spellStart"/>
            <w:r>
              <w:rPr>
                <w:sz w:val="16"/>
              </w:rPr>
              <w:t>amenajare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mansardă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pod existent</w:t>
            </w:r>
          </w:p>
          <w:p w14:paraId="74A790CD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B.4 </w:t>
            </w:r>
            <w:proofErr w:type="spellStart"/>
            <w:r w:rsidRPr="00AD1D4A">
              <w:rPr>
                <w:sz w:val="16"/>
                <w:lang w:val="fr-FR"/>
              </w:rPr>
              <w:t>renovare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extindere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bucătărie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baie;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închidere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logii</w:t>
            </w:r>
            <w:proofErr w:type="spellEnd"/>
          </w:p>
          <w:p w14:paraId="5B6B08E6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B.5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</w:p>
          <w:p w14:paraId="34414648" w14:textId="77777777" w:rsidR="00846492" w:rsidRDefault="00C34A20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B.6 </w:t>
            </w:r>
            <w:proofErr w:type="spellStart"/>
            <w:r>
              <w:rPr>
                <w:sz w:val="16"/>
              </w:rPr>
              <w:t>remodelări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fațade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</w:t>
            </w:r>
            <w:proofErr w:type="spellEnd"/>
            <w:r>
              <w:rPr>
                <w:sz w:val="16"/>
              </w:rPr>
              <w:t xml:space="preserve"> structural</w:t>
            </w:r>
          </w:p>
        </w:tc>
      </w:tr>
    </w:tbl>
    <w:p w14:paraId="7B137162" w14:textId="77777777" w:rsidR="007C5D68" w:rsidRPr="007F39C2" w:rsidRDefault="007C5D68">
      <w:pPr>
        <w:keepNext/>
        <w:rPr>
          <w:sz w:val="16"/>
        </w:rPr>
        <w:sectPr w:rsidR="007C5D68" w:rsidRPr="007F39C2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3869B3" w14:paraId="12083C8B" w14:textId="77777777">
        <w:trPr>
          <w:cantSplit/>
        </w:trPr>
        <w:tc>
          <w:tcPr>
            <w:tcW w:w="9636" w:type="dxa"/>
          </w:tcPr>
          <w:p w14:paraId="6714535E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lastRenderedPageBreak/>
              <w:t>☐</w:t>
            </w:r>
            <w:r w:rsidRPr="00AD1D4A">
              <w:rPr>
                <w:sz w:val="16"/>
                <w:lang w:val="fr-FR"/>
              </w:rPr>
              <w:t xml:space="preserve"> B.7 </w:t>
            </w:r>
            <w:proofErr w:type="spellStart"/>
            <w:r w:rsidRPr="00AD1D4A">
              <w:rPr>
                <w:sz w:val="16"/>
                <w:lang w:val="fr-FR"/>
              </w:rPr>
              <w:t>reabilitare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energetică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unitară</w:t>
            </w:r>
            <w:proofErr w:type="spellEnd"/>
            <w:r w:rsidRPr="00AD1D4A">
              <w:rPr>
                <w:sz w:val="16"/>
                <w:lang w:val="fr-FR"/>
              </w:rPr>
              <w:t xml:space="preserve"> (</w:t>
            </w:r>
            <w:proofErr w:type="spellStart"/>
            <w:r w:rsidRPr="00AD1D4A">
              <w:rPr>
                <w:sz w:val="16"/>
                <w:lang w:val="fr-FR"/>
              </w:rPr>
              <w:t>clădiri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locuit</w:t>
            </w:r>
            <w:proofErr w:type="spellEnd"/>
            <w:r w:rsidRPr="00AD1D4A">
              <w:rPr>
                <w:sz w:val="16"/>
                <w:lang w:val="fr-FR"/>
              </w:rPr>
              <w:t xml:space="preserve">, max. 3 </w:t>
            </w:r>
            <w:proofErr w:type="spellStart"/>
            <w:r w:rsidRPr="00AD1D4A">
              <w:rPr>
                <w:sz w:val="16"/>
                <w:lang w:val="fr-FR"/>
              </w:rPr>
              <w:t>niveluri</w:t>
            </w:r>
            <w:proofErr w:type="spellEnd"/>
            <w:r w:rsidRPr="00AD1D4A">
              <w:rPr>
                <w:sz w:val="16"/>
                <w:lang w:val="fr-FR"/>
              </w:rPr>
              <w:t>)</w:t>
            </w:r>
          </w:p>
          <w:p w14:paraId="11CF2574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B.8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52DC809F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B.9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703F376A" w14:textId="77777777" w:rsidR="00846492" w:rsidRDefault="00C34A20">
            <w:pPr>
              <w:keepNext/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B.10 </w:t>
            </w:r>
            <w:proofErr w:type="spellStart"/>
            <w:r>
              <w:rPr>
                <w:sz w:val="16"/>
              </w:rPr>
              <w:t>grupuri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sanitare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camere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tehnice</w:t>
            </w:r>
            <w:proofErr w:type="spellEnd"/>
            <w:r>
              <w:rPr>
                <w:sz w:val="16"/>
              </w:rPr>
              <w:t xml:space="preserve"> (max. 25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>)</w:t>
            </w:r>
          </w:p>
          <w:p w14:paraId="443DCDAD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B.11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curente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rețele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edilitare</w:t>
            </w:r>
            <w:proofErr w:type="spellEnd"/>
          </w:p>
        </w:tc>
      </w:tr>
    </w:tbl>
    <w:p w14:paraId="33F1B876" w14:textId="77777777" w:rsidR="007C5D68" w:rsidRDefault="007C5D68">
      <w:pPr>
        <w:keepNext/>
        <w:rPr>
          <w:sz w:val="16"/>
          <w:lang w:val="fr-FR"/>
        </w:rPr>
        <w:sectPr w:rsidR="007C5D68" w:rsidSect="007C5D68">
          <w:type w:val="continuous"/>
          <w:pgSz w:w="11906" w:h="16838"/>
          <w:pgMar w:top="567" w:right="1134" w:bottom="454" w:left="1134" w:header="720" w:footer="227" w:gutter="0"/>
          <w:cols w:num="2" w:space="720"/>
          <w:docGrid w:linePitch="360"/>
        </w:sect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:rsidRPr="007C5D68" w14:paraId="72161EA7" w14:textId="77777777">
        <w:trPr>
          <w:cantSplit/>
        </w:trPr>
        <w:tc>
          <w:tcPr>
            <w:tcW w:w="9636" w:type="dxa"/>
            <w:shd w:val="clear" w:color="auto" w:fill="F4F4F4"/>
          </w:tcPr>
          <w:p w14:paraId="61075A0A" w14:textId="5E5087B1" w:rsidR="00846492" w:rsidRPr="007C5D68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C ·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zone de </w:t>
            </w:r>
            <w:proofErr w:type="spellStart"/>
            <w:r w:rsidRPr="00AD1D4A">
              <w:rPr>
                <w:sz w:val="16"/>
                <w:lang w:val="fr-FR"/>
              </w:rPr>
              <w:t>protecție</w:t>
            </w:r>
            <w:proofErr w:type="spellEnd"/>
            <w:r w:rsidRPr="00AD1D4A">
              <w:rPr>
                <w:sz w:val="16"/>
                <w:lang w:val="fr-FR"/>
              </w:rPr>
              <w:t xml:space="preserve"> a </w:t>
            </w:r>
            <w:proofErr w:type="spellStart"/>
            <w:r w:rsidRPr="00AD1D4A">
              <w:rPr>
                <w:sz w:val="16"/>
                <w:lang w:val="fr-FR"/>
              </w:rPr>
              <w:t>monumentelor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sau</w:t>
            </w:r>
            <w:proofErr w:type="spellEnd"/>
            <w:r w:rsidRPr="00AD1D4A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D1D4A">
              <w:rPr>
                <w:sz w:val="16"/>
                <w:lang w:val="fr-FR"/>
              </w:rPr>
              <w:t>protejate</w:t>
            </w:r>
            <w:proofErr w:type="spellEnd"/>
            <w:r w:rsidRPr="00AD1D4A">
              <w:rPr>
                <w:sz w:val="16"/>
                <w:lang w:val="fr-FR"/>
              </w:rPr>
              <w:t xml:space="preserve"> —</w:t>
            </w:r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din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categoria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celor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</w:t>
            </w:r>
            <w:proofErr w:type="spellStart"/>
            <w:r w:rsidR="007C5D68" w:rsidRPr="007C5D68">
              <w:rPr>
                <w:sz w:val="16"/>
                <w:lang w:val="fr-FR"/>
              </w:rPr>
              <w:t>prevăzute</w:t>
            </w:r>
            <w:proofErr w:type="spellEnd"/>
            <w:r w:rsidR="007C5D68" w:rsidRPr="007C5D68">
              <w:rPr>
                <w:sz w:val="16"/>
                <w:lang w:val="fr-FR"/>
              </w:rPr>
              <w:t xml:space="preserve"> la</w:t>
            </w:r>
            <w:r w:rsidRPr="00AD1D4A">
              <w:rPr>
                <w:sz w:val="16"/>
                <w:lang w:val="fr-FR"/>
              </w:rPr>
              <w:t xml:space="preserve">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 w:rsidRPr="007C5D68">
              <w:rPr>
                <w:sz w:val="16"/>
                <w:lang w:val="fr-FR"/>
              </w:rPr>
              <w:t>(3)</w:t>
            </w:r>
            <w:r w:rsidR="007C5D68">
              <w:rPr>
                <w:sz w:val="16"/>
                <w:lang w:val="fr-FR"/>
              </w:rPr>
              <w:t xml:space="preserve"> </w:t>
            </w:r>
            <w:r w:rsidR="007C5D68">
              <w:rPr>
                <w:sz w:val="16"/>
              </w:rPr>
              <w:t>din Legea nr. 169/2026</w:t>
            </w:r>
          </w:p>
        </w:tc>
      </w:tr>
      <w:tr w:rsidR="00846492" w:rsidRPr="003869B3" w14:paraId="4142E776" w14:textId="77777777">
        <w:trPr>
          <w:cantSplit/>
        </w:trPr>
        <w:tc>
          <w:tcPr>
            <w:tcW w:w="9636" w:type="dxa"/>
          </w:tcPr>
          <w:p w14:paraId="55A2D185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C.1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întreținere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existente</w:t>
            </w:r>
            <w:proofErr w:type="spellEnd"/>
          </w:p>
          <w:p w14:paraId="624CC809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C.2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interioare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și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înlocuiri</w:t>
            </w:r>
            <w:proofErr w:type="spellEnd"/>
          </w:p>
          <w:p w14:paraId="36A2F09D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C.3 </w:t>
            </w:r>
            <w:proofErr w:type="spellStart"/>
            <w:r w:rsidRPr="00AD1D4A">
              <w:rPr>
                <w:sz w:val="16"/>
                <w:lang w:val="fr-FR"/>
              </w:rPr>
              <w:t>reparații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împrejmuiri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acoperișuri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</w:p>
          <w:p w14:paraId="23F58DBB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C.4 </w:t>
            </w:r>
            <w:proofErr w:type="spellStart"/>
            <w:r w:rsidRPr="00AD1D4A">
              <w:rPr>
                <w:sz w:val="16"/>
                <w:lang w:val="fr-FR"/>
              </w:rPr>
              <w:t>compartimentări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nestructurale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demontabile</w:t>
            </w:r>
            <w:proofErr w:type="spellEnd"/>
          </w:p>
          <w:p w14:paraId="1E4AF87B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C.5 </w:t>
            </w:r>
            <w:proofErr w:type="spellStart"/>
            <w:r w:rsidRPr="00AD1D4A">
              <w:rPr>
                <w:sz w:val="16"/>
                <w:lang w:val="fr-FR"/>
              </w:rPr>
              <w:t>schimbare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destinație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</w:p>
          <w:p w14:paraId="3D2B4D57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>☐</w:t>
            </w:r>
            <w:r w:rsidRPr="00AD1D4A">
              <w:rPr>
                <w:sz w:val="16"/>
                <w:lang w:val="fr-FR"/>
              </w:rPr>
              <w:t xml:space="preserve"> C.6 </w:t>
            </w:r>
            <w:proofErr w:type="spellStart"/>
            <w:r w:rsidRPr="00AD1D4A">
              <w:rPr>
                <w:sz w:val="16"/>
                <w:lang w:val="fr-FR"/>
              </w:rPr>
              <w:t>instalații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securitate</w:t>
            </w:r>
            <w:proofErr w:type="spellEnd"/>
            <w:r w:rsidRPr="00AD1D4A">
              <w:rPr>
                <w:sz w:val="16"/>
                <w:lang w:val="fr-FR"/>
              </w:rPr>
              <w:t xml:space="preserve"> la </w:t>
            </w:r>
            <w:proofErr w:type="spellStart"/>
            <w:r w:rsidRPr="00AD1D4A">
              <w:rPr>
                <w:sz w:val="16"/>
                <w:lang w:val="fr-FR"/>
              </w:rPr>
              <w:t>incendiu</w:t>
            </w:r>
            <w:proofErr w:type="spellEnd"/>
          </w:p>
        </w:tc>
      </w:tr>
      <w:tr w:rsidR="00846492" w14:paraId="75909A4E" w14:textId="77777777">
        <w:trPr>
          <w:cantSplit/>
        </w:trPr>
        <w:tc>
          <w:tcPr>
            <w:tcW w:w="9636" w:type="dxa"/>
            <w:shd w:val="clear" w:color="auto" w:fill="F4F4F4"/>
          </w:tcPr>
          <w:p w14:paraId="3EB66013" w14:textId="77777777" w:rsidR="00846492" w:rsidRDefault="00C34A20">
            <w:pPr>
              <w:keepNext/>
            </w:pPr>
            <w:r w:rsidRPr="00AD1D4A">
              <w:rPr>
                <w:sz w:val="16"/>
                <w:lang w:val="fr-FR"/>
              </w:rPr>
              <w:t xml:space="preserve"> D · </w:t>
            </w:r>
            <w:proofErr w:type="spellStart"/>
            <w:r w:rsidRPr="00AD1D4A">
              <w:rPr>
                <w:sz w:val="16"/>
                <w:lang w:val="fr-FR"/>
              </w:rPr>
              <w:t>Lucrări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amenajare</w:t>
            </w:r>
            <w:proofErr w:type="spellEnd"/>
            <w:r w:rsidRPr="00AD1D4A">
              <w:rPr>
                <w:sz w:val="16"/>
                <w:lang w:val="fr-FR"/>
              </w:rPr>
              <w:t xml:space="preserve"> — art. 294 </w:t>
            </w:r>
            <w:proofErr w:type="spellStart"/>
            <w:r w:rsidRPr="00AD1D4A">
              <w:rPr>
                <w:sz w:val="16"/>
                <w:lang w:val="fr-FR"/>
              </w:rPr>
              <w:t>alin</w:t>
            </w:r>
            <w:proofErr w:type="spellEnd"/>
            <w:r w:rsidRPr="00AD1D4A">
              <w:rPr>
                <w:sz w:val="16"/>
                <w:lang w:val="fr-FR"/>
              </w:rPr>
              <w:t xml:space="preserve">. </w:t>
            </w:r>
            <w:r>
              <w:rPr>
                <w:sz w:val="16"/>
              </w:rPr>
              <w:t>(4)</w:t>
            </w:r>
          </w:p>
        </w:tc>
      </w:tr>
      <w:tr w:rsidR="007F39C2" w:rsidRPr="003869B3" w14:paraId="6EC00CA7" w14:textId="77777777" w:rsidTr="004C2114">
        <w:trPr>
          <w:cantSplit/>
          <w:trHeight w:val="1713"/>
        </w:trPr>
        <w:tc>
          <w:tcPr>
            <w:tcW w:w="9636" w:type="dxa"/>
          </w:tcPr>
          <w:p w14:paraId="477CA7A2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D.1 </w:t>
            </w:r>
            <w:proofErr w:type="spellStart"/>
            <w:r w:rsidRPr="00AD1D4A">
              <w:rPr>
                <w:sz w:val="16"/>
                <w:lang w:val="fr-FR"/>
              </w:rPr>
              <w:t>campinguri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tabere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din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structuri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ușoare</w:t>
            </w:r>
            <w:proofErr w:type="spellEnd"/>
          </w:p>
          <w:p w14:paraId="1437D117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D.2 </w:t>
            </w:r>
            <w:proofErr w:type="spellStart"/>
            <w:r w:rsidRPr="00AD1D4A">
              <w:rPr>
                <w:sz w:val="16"/>
                <w:lang w:val="fr-FR"/>
              </w:rPr>
              <w:t>modificări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camping / </w:t>
            </w:r>
            <w:proofErr w:type="spellStart"/>
            <w:r w:rsidRPr="00AD1D4A">
              <w:rPr>
                <w:sz w:val="16"/>
                <w:lang w:val="fr-FR"/>
              </w:rPr>
              <w:t>sat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vacanță</w:t>
            </w:r>
            <w:proofErr w:type="spellEnd"/>
            <w:r w:rsidRPr="00AD1D4A">
              <w:rPr>
                <w:sz w:val="16"/>
                <w:lang w:val="fr-FR"/>
              </w:rPr>
              <w:t xml:space="preserve"> existent</w:t>
            </w:r>
          </w:p>
          <w:p w14:paraId="3C5D0DA9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D.3 </w:t>
            </w:r>
            <w:proofErr w:type="spellStart"/>
            <w:r w:rsidRPr="00AD1D4A">
              <w:rPr>
                <w:sz w:val="16"/>
                <w:lang w:val="fr-FR"/>
              </w:rPr>
              <w:t>teren</w:t>
            </w:r>
            <w:proofErr w:type="spellEnd"/>
            <w:r w:rsidRPr="00AD1D4A">
              <w:rPr>
                <w:sz w:val="16"/>
                <w:lang w:val="fr-FR"/>
              </w:rPr>
              <w:t xml:space="preserve"> de sport </w:t>
            </w:r>
            <w:proofErr w:type="spellStart"/>
            <w:r w:rsidRPr="00AD1D4A">
              <w:rPr>
                <w:sz w:val="16"/>
                <w:lang w:val="fr-FR"/>
              </w:rPr>
              <w:t>fără</w:t>
            </w:r>
            <w:proofErr w:type="spellEnd"/>
            <w:r w:rsidRPr="00AD1D4A">
              <w:rPr>
                <w:sz w:val="16"/>
                <w:lang w:val="fr-FR"/>
              </w:rPr>
              <w:t xml:space="preserve"> public / parc de </w:t>
            </w:r>
            <w:proofErr w:type="spellStart"/>
            <w:r w:rsidRPr="00AD1D4A">
              <w:rPr>
                <w:sz w:val="16"/>
                <w:lang w:val="fr-FR"/>
              </w:rPr>
              <w:t>distracții</w:t>
            </w:r>
            <w:proofErr w:type="spellEnd"/>
            <w:r w:rsidRPr="00AD1D4A">
              <w:rPr>
                <w:sz w:val="16"/>
                <w:lang w:val="fr-FR"/>
              </w:rPr>
              <w:t xml:space="preserve"> (max. 2 ha)</w:t>
            </w:r>
          </w:p>
          <w:p w14:paraId="468A70F6" w14:textId="77777777" w:rsidR="007F39C2" w:rsidRPr="00AD1D4A" w:rsidRDefault="007F39C2">
            <w:pPr>
              <w:keepNext/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D.4 </w:t>
            </w:r>
            <w:proofErr w:type="spellStart"/>
            <w:r w:rsidRPr="00AD1D4A">
              <w:rPr>
                <w:sz w:val="16"/>
                <w:lang w:val="fr-FR"/>
              </w:rPr>
              <w:t>spații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publice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grădini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fațadă</w:t>
            </w:r>
            <w:proofErr w:type="spellEnd"/>
          </w:p>
          <w:p w14:paraId="481C6914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D.5 </w:t>
            </w:r>
            <w:proofErr w:type="spellStart"/>
            <w:r w:rsidRPr="00AD1D4A">
              <w:rPr>
                <w:sz w:val="16"/>
                <w:lang w:val="fr-FR"/>
              </w:rPr>
              <w:t>trotuare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ziduri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sprijin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scări</w:t>
            </w:r>
            <w:proofErr w:type="spellEnd"/>
            <w:r w:rsidRPr="00AD1D4A">
              <w:rPr>
                <w:sz w:val="16"/>
                <w:lang w:val="fr-FR"/>
              </w:rPr>
              <w:t xml:space="preserve">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terase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exterioare</w:t>
            </w:r>
            <w:proofErr w:type="spellEnd"/>
          </w:p>
          <w:p w14:paraId="04F80AB2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D.6 </w:t>
            </w:r>
            <w:proofErr w:type="spellStart"/>
            <w:r w:rsidRPr="00AD1D4A">
              <w:rPr>
                <w:sz w:val="16"/>
                <w:lang w:val="fr-FR"/>
              </w:rPr>
              <w:t>perdele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forestiere</w:t>
            </w:r>
            <w:proofErr w:type="spellEnd"/>
            <w:r w:rsidRPr="00AD1D4A">
              <w:rPr>
                <w:sz w:val="16"/>
                <w:lang w:val="fr-FR"/>
              </w:rPr>
              <w:t xml:space="preserve"> / </w:t>
            </w:r>
            <w:proofErr w:type="spellStart"/>
            <w:r w:rsidRPr="00AD1D4A">
              <w:rPr>
                <w:sz w:val="16"/>
                <w:lang w:val="fr-FR"/>
              </w:rPr>
              <w:t>împăduriri</w:t>
            </w:r>
            <w:proofErr w:type="spellEnd"/>
          </w:p>
          <w:p w14:paraId="3ABF0DC1" w14:textId="77777777" w:rsidR="007F39C2" w:rsidRPr="00AD1D4A" w:rsidRDefault="007F39C2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D.7 </w:t>
            </w:r>
            <w:proofErr w:type="spellStart"/>
            <w:r w:rsidRPr="00AD1D4A">
              <w:rPr>
                <w:sz w:val="16"/>
                <w:lang w:val="fr-FR"/>
              </w:rPr>
              <w:t>construcții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funerare</w:t>
            </w:r>
            <w:proofErr w:type="spellEnd"/>
          </w:p>
          <w:p w14:paraId="58E1EFF9" w14:textId="4E7F7CB4" w:rsidR="007F39C2" w:rsidRPr="00AD1D4A" w:rsidRDefault="007F39C2" w:rsidP="004C2114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☐ D.8 rampe de </w:t>
            </w:r>
            <w:proofErr w:type="spellStart"/>
            <w:r w:rsidRPr="00AD1D4A">
              <w:rPr>
                <w:sz w:val="16"/>
                <w:lang w:val="fr-FR"/>
              </w:rPr>
              <w:t>acces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pentru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persoanele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cu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dizabilități</w:t>
            </w:r>
            <w:proofErr w:type="spellEnd"/>
          </w:p>
        </w:tc>
      </w:tr>
    </w:tbl>
    <w:p w14:paraId="391E1BA6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6424"/>
        <w:gridCol w:w="3212"/>
      </w:tblGrid>
      <w:tr w:rsidR="00846492" w:rsidRPr="003869B3" w14:paraId="44F8B006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3176E8B" w14:textId="77777777" w:rsidR="00846492" w:rsidRPr="00AD1D4A" w:rsidRDefault="00C34A20">
            <w:pPr>
              <w:keepNext/>
              <w:rPr>
                <w:lang w:val="fr-FR"/>
              </w:rPr>
            </w:pPr>
            <w:r w:rsidRPr="00AD1D4A">
              <w:rPr>
                <w:b/>
                <w:sz w:val="16"/>
                <w:lang w:val="fr-FR"/>
              </w:rPr>
              <w:t xml:space="preserve"> 5. </w:t>
            </w:r>
            <w:r w:rsidRPr="00AD1D4A">
              <w:rPr>
                <w:b/>
                <w:color w:val="000000"/>
                <w:sz w:val="18"/>
                <w:lang w:val="fr-FR"/>
              </w:rPr>
              <w:t>PROIECTUL TEHNIC DE EXECUȚIE CU CONȚINUT SIMPLIFICAT</w:t>
            </w:r>
          </w:p>
        </w:tc>
      </w:tr>
      <w:tr w:rsidR="00846492" w14:paraId="77000619" w14:textId="77777777">
        <w:trPr>
          <w:cantSplit/>
          <w:trHeight w:val="510"/>
        </w:trPr>
        <w:tc>
          <w:tcPr>
            <w:tcW w:w="6424" w:type="dxa"/>
          </w:tcPr>
          <w:p w14:paraId="1385B4BE" w14:textId="77777777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/ cod </w:t>
            </w:r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</w:p>
          <w:p w14:paraId="0B739958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6CCE80E9" w14:textId="77777777" w:rsidR="00846492" w:rsidRDefault="00C34A20">
            <w:pPr>
              <w:keepNext/>
            </w:pPr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49345079" w14:textId="77777777" w:rsidR="00846492" w:rsidRDefault="00846492">
            <w:pPr>
              <w:keepNext/>
            </w:pPr>
          </w:p>
        </w:tc>
      </w:tr>
      <w:tr w:rsidR="00846492" w14:paraId="69F57461" w14:textId="77777777">
        <w:trPr>
          <w:cantSplit/>
          <w:trHeight w:val="510"/>
        </w:trPr>
        <w:tc>
          <w:tcPr>
            <w:tcW w:w="6424" w:type="dxa"/>
          </w:tcPr>
          <w:p w14:paraId="56F6EC9C" w14:textId="64E86DC6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Arhitectură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coordonare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r>
              <w:rPr>
                <w:b/>
                <w:color w:val="0D5F78"/>
              </w:rPr>
              <w:t xml:space="preserve">, </w:t>
            </w:r>
            <w:proofErr w:type="spellStart"/>
            <w:r w:rsidR="003F4418">
              <w:rPr>
                <w:b/>
                <w:color w:val="0D5F78"/>
              </w:rPr>
              <w:t>nr.TNA</w:t>
            </w:r>
            <w:proofErr w:type="spellEnd"/>
          </w:p>
          <w:p w14:paraId="59DFFC81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00E6C6EB" w14:textId="77777777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069E7FC" w14:textId="77777777" w:rsidR="00846492" w:rsidRDefault="00846492">
            <w:pPr>
              <w:keepNext/>
            </w:pPr>
          </w:p>
        </w:tc>
      </w:tr>
      <w:tr w:rsidR="00846492" w14:paraId="54904FD3" w14:textId="77777777">
        <w:trPr>
          <w:cantSplit/>
          <w:trHeight w:val="510"/>
        </w:trPr>
        <w:tc>
          <w:tcPr>
            <w:tcW w:w="6424" w:type="dxa"/>
          </w:tcPr>
          <w:p w14:paraId="087E9DAC" w14:textId="1322E2DA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Structură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</w:p>
          <w:p w14:paraId="7C7384FB" w14:textId="77777777" w:rsidR="00846492" w:rsidRDefault="00846492">
            <w:pPr>
              <w:keepNext/>
            </w:pPr>
          </w:p>
        </w:tc>
        <w:tc>
          <w:tcPr>
            <w:tcW w:w="3212" w:type="dxa"/>
          </w:tcPr>
          <w:p w14:paraId="76C1858B" w14:textId="77777777" w:rsidR="00846492" w:rsidRDefault="00C34A20">
            <w:pPr>
              <w:keepNext/>
            </w:pPr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92D2924" w14:textId="77777777" w:rsidR="00846492" w:rsidRDefault="00846492">
            <w:pPr>
              <w:keepNext/>
            </w:pPr>
          </w:p>
        </w:tc>
      </w:tr>
      <w:tr w:rsidR="00846492" w14:paraId="56A0A7FA" w14:textId="77777777">
        <w:trPr>
          <w:cantSplit/>
          <w:trHeight w:val="510"/>
        </w:trPr>
        <w:tc>
          <w:tcPr>
            <w:tcW w:w="6424" w:type="dxa"/>
          </w:tcPr>
          <w:p w14:paraId="17B2B759" w14:textId="214EC1CA" w:rsidR="00870FD7" w:rsidRDefault="00C34A20">
            <w:pPr>
              <w:rPr>
                <w:b/>
                <w:color w:val="0D5F78"/>
              </w:rPr>
            </w:pPr>
            <w:proofErr w:type="spellStart"/>
            <w:r>
              <w:rPr>
                <w:b/>
                <w:color w:val="0D5F78"/>
              </w:rPr>
              <w:t>Instalații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r w:rsidR="00870FD7">
              <w:rPr>
                <w:b/>
                <w:color w:val="0D5F78"/>
              </w:rPr>
              <w:t xml:space="preserve">— </w:t>
            </w:r>
            <w:proofErr w:type="spellStart"/>
            <w:r w:rsidR="00870FD7">
              <w:rPr>
                <w:b/>
                <w:color w:val="0D5F78"/>
              </w:rPr>
              <w:t>nume</w:t>
            </w:r>
            <w:proofErr w:type="spellEnd"/>
            <w:r w:rsidR="00870FD7">
              <w:rPr>
                <w:b/>
                <w:color w:val="0D5F78"/>
              </w:rPr>
              <w:t>/</w:t>
            </w:r>
            <w:proofErr w:type="spellStart"/>
            <w:r w:rsidR="00870FD7">
              <w:rPr>
                <w:b/>
                <w:color w:val="0D5F78"/>
              </w:rPr>
              <w:t>prenume</w:t>
            </w:r>
            <w:proofErr w:type="spellEnd"/>
            <w:r w:rsidR="00FD1916">
              <w:rPr>
                <w:b/>
                <w:color w:val="0D5F78"/>
              </w:rPr>
              <w:t xml:space="preserve">, </w:t>
            </w:r>
            <w:proofErr w:type="spellStart"/>
            <w:r w:rsidR="00FD1916">
              <w:rPr>
                <w:b/>
                <w:color w:val="0D5F78"/>
              </w:rPr>
              <w:t>specialitate</w:t>
            </w:r>
            <w:proofErr w:type="spellEnd"/>
          </w:p>
          <w:p w14:paraId="3F533455" w14:textId="489AAF0C" w:rsidR="00846492" w:rsidRDefault="00870FD7"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  <w:r>
              <w:rPr>
                <w:b/>
                <w:color w:val="0D5F78"/>
              </w:rPr>
              <w:t xml:space="preserve"> (</w:t>
            </w:r>
            <w:proofErr w:type="spellStart"/>
            <w:r>
              <w:rPr>
                <w:b/>
                <w:color w:val="0D5F78"/>
              </w:rPr>
              <w:t>dacă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este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D5F78"/>
              </w:rPr>
              <w:t>cazul</w:t>
            </w:r>
            <w:proofErr w:type="spellEnd"/>
            <w:r>
              <w:rPr>
                <w:b/>
                <w:color w:val="0D5F78"/>
              </w:rPr>
              <w:t>)  —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>/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atestare</w:t>
            </w:r>
            <w:proofErr w:type="spellEnd"/>
          </w:p>
          <w:p w14:paraId="760B832F" w14:textId="77777777" w:rsidR="00846492" w:rsidRDefault="00846492"/>
        </w:tc>
        <w:tc>
          <w:tcPr>
            <w:tcW w:w="3212" w:type="dxa"/>
          </w:tcPr>
          <w:p w14:paraId="32B487E7" w14:textId="77777777" w:rsidR="00846492" w:rsidRDefault="00C34A2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2CE7D10" w14:textId="77777777" w:rsidR="00846492" w:rsidRDefault="00846492"/>
        </w:tc>
      </w:tr>
    </w:tbl>
    <w:p w14:paraId="6C590180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43092D09" w14:textId="77777777">
        <w:trPr>
          <w:cantSplit/>
        </w:trPr>
        <w:tc>
          <w:tcPr>
            <w:tcW w:w="9636" w:type="dxa"/>
            <w:shd w:val="clear" w:color="auto" w:fill="F4F4F4"/>
          </w:tcPr>
          <w:p w14:paraId="2D9B89FB" w14:textId="77777777" w:rsidR="00846492" w:rsidRDefault="00C34A2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846492" w14:paraId="08DC6175" w14:textId="77777777">
        <w:trPr>
          <w:cantSplit/>
        </w:trPr>
        <w:tc>
          <w:tcPr>
            <w:tcW w:w="9636" w:type="dxa"/>
          </w:tcPr>
          <w:p w14:paraId="21C5ABCB" w14:textId="77777777" w:rsidR="003F4418" w:rsidRDefault="00C34A20">
            <w:pPr>
              <w:rPr>
                <w:sz w:val="16"/>
              </w:rPr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titlului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asupra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imobilului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proiectul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conținut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simplificat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geotehnic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obligatoriu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locuințe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unifamiliale</w:t>
            </w:r>
            <w:proofErr w:type="spellEnd"/>
            <w:r>
              <w:rPr>
                <w:sz w:val="16"/>
              </w:rPr>
              <w:t xml:space="preserve">)     </w:t>
            </w:r>
          </w:p>
          <w:p w14:paraId="5BBEDD70" w14:textId="77777777" w:rsidR="003869B3" w:rsidRDefault="00C34A20">
            <w:pPr>
              <w:rPr>
                <w:sz w:val="16"/>
              </w:rPr>
            </w:pPr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studiul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topografic</w:t>
            </w:r>
            <w:proofErr w:type="spellEnd"/>
            <w:r>
              <w:rPr>
                <w:sz w:val="16"/>
              </w:rPr>
              <w:t xml:space="preserve"> </w:t>
            </w:r>
            <w:r w:rsidR="007F39C2">
              <w:rPr>
                <w:sz w:val="16"/>
              </w:rPr>
              <w:t>(</w:t>
            </w:r>
            <w:proofErr w:type="spellStart"/>
            <w:r w:rsidR="007F39C2">
              <w:rPr>
                <w:sz w:val="16"/>
              </w:rPr>
              <w:t>obligatoriu</w:t>
            </w:r>
            <w:proofErr w:type="spellEnd"/>
            <w:r w:rsidR="007F39C2">
              <w:rPr>
                <w:sz w:val="16"/>
              </w:rPr>
              <w:t xml:space="preserve"> la </w:t>
            </w:r>
            <w:proofErr w:type="spellStart"/>
            <w:r w:rsidR="007F39C2">
              <w:rPr>
                <w:sz w:val="16"/>
              </w:rPr>
              <w:t>locuințe</w:t>
            </w:r>
            <w:proofErr w:type="spellEnd"/>
            <w:r w:rsidR="007F39C2">
              <w:rPr>
                <w:sz w:val="16"/>
              </w:rPr>
              <w:t xml:space="preserve"> </w:t>
            </w:r>
            <w:proofErr w:type="spellStart"/>
            <w:proofErr w:type="gramStart"/>
            <w:r w:rsidR="007F39C2">
              <w:rPr>
                <w:sz w:val="16"/>
              </w:rPr>
              <w:t>unifamiliale</w:t>
            </w:r>
            <w:proofErr w:type="spellEnd"/>
            <w:r w:rsidR="007F39C2">
              <w:rPr>
                <w:sz w:val="16"/>
              </w:rPr>
              <w:t xml:space="preserve">)   </w:t>
            </w:r>
            <w:proofErr w:type="gramEnd"/>
            <w:r w:rsidR="007F39C2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acordul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avizul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patrimoniu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  <w:r>
              <w:rPr>
                <w:sz w:val="16"/>
              </w:rPr>
              <w:t xml:space="preserve">  </w:t>
            </w:r>
          </w:p>
          <w:p w14:paraId="52119DB7" w14:textId="450281CB" w:rsidR="00846492" w:rsidRPr="003869B3" w:rsidRDefault="003869B3">
            <w:pPr>
              <w:rPr>
                <w:sz w:val="16"/>
                <w:lang w:val="fr-FR"/>
              </w:rPr>
            </w:pPr>
            <w:r w:rsidRPr="003869B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avizul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spellStart"/>
            <w:r w:rsidRPr="003869B3">
              <w:rPr>
                <w:sz w:val="16"/>
                <w:lang w:val="fr-FR"/>
              </w:rPr>
              <w:t>arhitectului-șef</w:t>
            </w:r>
            <w:proofErr w:type="spellEnd"/>
            <w:r w:rsidRPr="003869B3">
              <w:rPr>
                <w:sz w:val="16"/>
                <w:lang w:val="fr-FR"/>
              </w:rPr>
              <w:t xml:space="preserve"> al </w:t>
            </w:r>
            <w:proofErr w:type="spellStart"/>
            <w:r w:rsidRPr="003869B3">
              <w:rPr>
                <w:sz w:val="16"/>
                <w:lang w:val="fr-FR"/>
              </w:rPr>
              <w:t>județului</w:t>
            </w:r>
            <w:proofErr w:type="spellEnd"/>
            <w:r w:rsidRPr="003869B3">
              <w:rPr>
                <w:sz w:val="16"/>
                <w:lang w:val="fr-FR"/>
              </w:rPr>
              <w:t xml:space="preserve"> (</w:t>
            </w:r>
            <w:proofErr w:type="spellStart"/>
            <w:r w:rsidRPr="003869B3">
              <w:rPr>
                <w:sz w:val="16"/>
                <w:lang w:val="fr-FR"/>
              </w:rPr>
              <w:t>obligatoriu</w:t>
            </w:r>
            <w:proofErr w:type="spellEnd"/>
            <w:r w:rsidRPr="003869B3">
              <w:rPr>
                <w:sz w:val="16"/>
                <w:lang w:val="fr-FR"/>
              </w:rPr>
              <w:t xml:space="preserve"> la </w:t>
            </w:r>
            <w:proofErr w:type="spellStart"/>
            <w:r w:rsidRPr="003869B3">
              <w:rPr>
                <w:sz w:val="16"/>
                <w:lang w:val="fr-FR"/>
              </w:rPr>
              <w:t>locuințe</w:t>
            </w:r>
            <w:proofErr w:type="spellEnd"/>
            <w:r w:rsidRPr="003869B3">
              <w:rPr>
                <w:sz w:val="16"/>
                <w:lang w:val="fr-FR"/>
              </w:rPr>
              <w:t xml:space="preserve"> </w:t>
            </w:r>
            <w:proofErr w:type="gramStart"/>
            <w:r w:rsidRPr="003869B3">
              <w:rPr>
                <w:sz w:val="16"/>
                <w:lang w:val="fr-FR"/>
              </w:rPr>
              <w:t xml:space="preserve">unifamiliale)   </w:t>
            </w:r>
            <w:proofErr w:type="gramEnd"/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dovada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taxelor</w:t>
            </w:r>
            <w:proofErr w:type="spellEnd"/>
          </w:p>
        </w:tc>
      </w:tr>
    </w:tbl>
    <w:p w14:paraId="09936F2B" w14:textId="77777777" w:rsidR="00846492" w:rsidRDefault="00846492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72CA945" w14:textId="77777777">
        <w:trPr>
          <w:cantSplit/>
        </w:trPr>
        <w:tc>
          <w:tcPr>
            <w:tcW w:w="9636" w:type="dxa"/>
            <w:shd w:val="clear" w:color="auto" w:fill="F4F4F4"/>
          </w:tcPr>
          <w:p w14:paraId="781C77CB" w14:textId="19CE4852" w:rsidR="00846492" w:rsidRDefault="00C34A2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RĂSPUNDEREA</w:t>
            </w:r>
          </w:p>
        </w:tc>
      </w:tr>
      <w:tr w:rsidR="00846492" w:rsidRPr="00852977" w14:paraId="07FE9B19" w14:textId="77777777">
        <w:trPr>
          <w:cantSplit/>
        </w:trPr>
        <w:tc>
          <w:tcPr>
            <w:tcW w:w="9636" w:type="dxa"/>
          </w:tcPr>
          <w:p w14:paraId="2257FB8D" w14:textId="77777777" w:rsidR="00846492" w:rsidRDefault="00C34A20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Declar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lucrările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notificate</w:t>
            </w:r>
            <w:proofErr w:type="spellEnd"/>
            <w:r>
              <w:rPr>
                <w:i/>
                <w:sz w:val="17"/>
              </w:rPr>
              <w:t xml:space="preserve"> se </w:t>
            </w:r>
            <w:proofErr w:type="spellStart"/>
            <w:r>
              <w:rPr>
                <w:i/>
                <w:sz w:val="17"/>
              </w:rPr>
              <w:t>încadrează</w:t>
            </w:r>
            <w:proofErr w:type="spellEnd"/>
            <w:r>
              <w:rPr>
                <w:i/>
                <w:sz w:val="17"/>
              </w:rPr>
              <w:t xml:space="preserve"> strict </w:t>
            </w:r>
            <w:proofErr w:type="spellStart"/>
            <w:r>
              <w:rPr>
                <w:i/>
                <w:sz w:val="17"/>
              </w:rPr>
              <w:t>în</w:t>
            </w:r>
            <w:proofErr w:type="spellEnd"/>
            <w:r>
              <w:rPr>
                <w:i/>
                <w:sz w:val="17"/>
              </w:rPr>
              <w:t xml:space="preserve"> art. 294 din Lege</w:t>
            </w:r>
            <w:r w:rsidR="003F4418">
              <w:rPr>
                <w:i/>
                <w:sz w:val="17"/>
              </w:rPr>
              <w:t xml:space="preserve">a nr. 169/2026 </w:t>
            </w:r>
            <w:proofErr w:type="spellStart"/>
            <w:r w:rsidR="003F4418">
              <w:rPr>
                <w:i/>
                <w:sz w:val="17"/>
              </w:rPr>
              <w:t>și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cunosc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faptul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că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confirmarea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înregistrării</w:t>
            </w:r>
            <w:proofErr w:type="spellEnd"/>
            <w:r>
              <w:rPr>
                <w:i/>
                <w:sz w:val="17"/>
              </w:rPr>
              <w:t xml:space="preserve"> nu </w:t>
            </w:r>
            <w:proofErr w:type="spellStart"/>
            <w:r>
              <w:rPr>
                <w:i/>
                <w:sz w:val="17"/>
              </w:rPr>
              <w:t>echivalează</w:t>
            </w:r>
            <w:proofErr w:type="spellEnd"/>
            <w:r>
              <w:rPr>
                <w:i/>
                <w:sz w:val="17"/>
              </w:rPr>
              <w:t xml:space="preserve"> cu </w:t>
            </w:r>
            <w:proofErr w:type="spellStart"/>
            <w:r>
              <w:rPr>
                <w:i/>
                <w:sz w:val="17"/>
              </w:rPr>
              <w:t>aprobarea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notificării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iar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răspunderea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pentru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corectitudinea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proiectului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revine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proiectanților</w:t>
            </w:r>
            <w:proofErr w:type="spellEnd"/>
            <w:r>
              <w:rPr>
                <w:i/>
                <w:sz w:val="17"/>
              </w:rPr>
              <w:t xml:space="preserve">, pe </w:t>
            </w:r>
            <w:proofErr w:type="spellStart"/>
            <w:r>
              <w:rPr>
                <w:i/>
                <w:sz w:val="17"/>
              </w:rPr>
              <w:t>specialități</w:t>
            </w:r>
            <w:proofErr w:type="spellEnd"/>
            <w:r>
              <w:rPr>
                <w:i/>
                <w:sz w:val="17"/>
              </w:rPr>
              <w:t>.</w:t>
            </w:r>
          </w:p>
          <w:p w14:paraId="76D9B038" w14:textId="34ABA3C0" w:rsidR="00852977" w:rsidRPr="004D2D0E" w:rsidRDefault="00852977" w:rsidP="004D2D0E">
            <w:pPr>
              <w:spacing w:line="228" w:lineRule="auto"/>
              <w:rPr>
                <w:i/>
                <w:sz w:val="17"/>
              </w:rPr>
            </w:pPr>
            <w:proofErr w:type="spellStart"/>
            <w:r>
              <w:rPr>
                <w:i/>
                <w:sz w:val="17"/>
              </w:rPr>
              <w:t>A</w:t>
            </w:r>
            <w:r w:rsidRPr="00852977">
              <w:rPr>
                <w:i/>
                <w:sz w:val="17"/>
              </w:rPr>
              <w:t>utoritatea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administrației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publice</w:t>
            </w:r>
            <w:proofErr w:type="spellEnd"/>
            <w:r w:rsidRPr="00852977">
              <w:rPr>
                <w:i/>
                <w:sz w:val="17"/>
              </w:rPr>
              <w:t xml:space="preserve"> locale nu </w:t>
            </w:r>
            <w:proofErr w:type="spellStart"/>
            <w:r w:rsidRPr="00852977">
              <w:rPr>
                <w:i/>
                <w:sz w:val="17"/>
              </w:rPr>
              <w:t>este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responsabilă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eventualele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prejudicii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ulterioare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cauzate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litigii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aflate</w:t>
            </w:r>
            <w:proofErr w:type="spellEnd"/>
            <w:r w:rsidRPr="00852977">
              <w:rPr>
                <w:i/>
                <w:sz w:val="17"/>
              </w:rPr>
              <w:t xml:space="preserve"> pe </w:t>
            </w:r>
            <w:proofErr w:type="spellStart"/>
            <w:r w:rsidRPr="00852977">
              <w:rPr>
                <w:i/>
                <w:sz w:val="17"/>
              </w:rPr>
              <w:t>rolul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instanțelor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judecătorești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privind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imobilul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și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nici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pentru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existența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unor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grevări</w:t>
            </w:r>
            <w:proofErr w:type="spellEnd"/>
            <w:r w:rsidRPr="00852977">
              <w:rPr>
                <w:i/>
                <w:sz w:val="17"/>
              </w:rPr>
              <w:t xml:space="preserve"> ale </w:t>
            </w:r>
            <w:proofErr w:type="spellStart"/>
            <w:r w:rsidRPr="00852977">
              <w:rPr>
                <w:i/>
                <w:sz w:val="17"/>
              </w:rPr>
              <w:t>imobilului</w:t>
            </w:r>
            <w:proofErr w:type="spellEnd"/>
            <w:r w:rsidRPr="00852977">
              <w:rPr>
                <w:i/>
                <w:sz w:val="17"/>
              </w:rPr>
              <w:t xml:space="preserve"> cu </w:t>
            </w:r>
            <w:proofErr w:type="spellStart"/>
            <w:r w:rsidRPr="00852977">
              <w:rPr>
                <w:i/>
                <w:sz w:val="17"/>
              </w:rPr>
              <w:t>sarcini</w:t>
            </w:r>
            <w:proofErr w:type="spellEnd"/>
            <w:r w:rsidRPr="00852977">
              <w:rPr>
                <w:i/>
                <w:sz w:val="17"/>
              </w:rPr>
              <w:t xml:space="preserve"> de </w:t>
            </w:r>
            <w:proofErr w:type="spellStart"/>
            <w:r w:rsidRPr="00852977">
              <w:rPr>
                <w:i/>
                <w:sz w:val="17"/>
              </w:rPr>
              <w:t>tipul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interdicțiilor</w:t>
            </w:r>
            <w:proofErr w:type="spellEnd"/>
            <w:r w:rsidRPr="00852977">
              <w:rPr>
                <w:i/>
                <w:sz w:val="17"/>
              </w:rPr>
              <w:t xml:space="preserve">, </w:t>
            </w:r>
            <w:proofErr w:type="spellStart"/>
            <w:r w:rsidRPr="00852977">
              <w:rPr>
                <w:i/>
                <w:sz w:val="17"/>
              </w:rPr>
              <w:t>responsabilitatea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aparținând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în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toate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cazurile</w:t>
            </w:r>
            <w:proofErr w:type="spellEnd"/>
            <w:r w:rsidRPr="00852977">
              <w:rPr>
                <w:i/>
                <w:sz w:val="17"/>
              </w:rPr>
              <w:t xml:space="preserve"> </w:t>
            </w:r>
            <w:proofErr w:type="spellStart"/>
            <w:r w:rsidRPr="00852977">
              <w:rPr>
                <w:i/>
                <w:sz w:val="17"/>
              </w:rPr>
              <w:t>beneficiarului</w:t>
            </w:r>
            <w:proofErr w:type="spellEnd"/>
            <w:r w:rsidRPr="00852977">
              <w:rPr>
                <w:i/>
                <w:sz w:val="17"/>
              </w:rPr>
              <w:t>.</w:t>
            </w:r>
          </w:p>
          <w:p w14:paraId="0766A618" w14:textId="05D981A6" w:rsidR="004D2D0E" w:rsidRPr="00852977" w:rsidRDefault="004D2D0E" w:rsidP="00852977"/>
        </w:tc>
      </w:tr>
      <w:tr w:rsidR="00FD1916" w14:paraId="429E984E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7BAD4E37" w14:textId="1715B45F" w:rsidR="00FD1916" w:rsidRDefault="00FD1916" w:rsidP="00303E64">
            <w:pPr>
              <w:keepNext/>
            </w:pP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OBILIGAȚII</w:t>
            </w:r>
          </w:p>
        </w:tc>
      </w:tr>
      <w:tr w:rsidR="00FD1916" w:rsidRPr="003869B3" w14:paraId="78627F24" w14:textId="77777777" w:rsidTr="00FD19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636" w:type="dxa"/>
          </w:tcPr>
          <w:p w14:paraId="6FB9E773" w14:textId="77777777" w:rsidR="00FD1916" w:rsidRPr="004D2D0E" w:rsidRDefault="00FD1916" w:rsidP="00303E64">
            <w:pPr>
              <w:spacing w:line="228" w:lineRule="auto"/>
              <w:rPr>
                <w:i/>
                <w:sz w:val="17"/>
                <w:lang w:val="fr-FR"/>
              </w:rPr>
            </w:pPr>
            <w:proofErr w:type="spellStart"/>
            <w:r w:rsidRPr="004D2D0E">
              <w:rPr>
                <w:i/>
                <w:sz w:val="17"/>
                <w:lang w:val="fr-FR"/>
              </w:rPr>
              <w:t>Beneficiarul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lucrărilor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construire </w:t>
            </w:r>
            <w:proofErr w:type="spellStart"/>
            <w:r w:rsidRPr="004D2D0E">
              <w:rPr>
                <w:i/>
                <w:sz w:val="17"/>
                <w:lang w:val="fr-FR"/>
              </w:rPr>
              <w:t>notificate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are </w:t>
            </w:r>
            <w:proofErr w:type="spellStart"/>
            <w:r w:rsidRPr="004D2D0E">
              <w:rPr>
                <w:i/>
                <w:sz w:val="17"/>
                <w:lang w:val="fr-FR"/>
              </w:rPr>
              <w:t>obligația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amplasării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panoului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4D2D0E">
              <w:rPr>
                <w:i/>
                <w:sz w:val="17"/>
                <w:lang w:val="fr-FR"/>
              </w:rPr>
              <w:t>identificare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4D2D0E">
              <w:rPr>
                <w:i/>
                <w:sz w:val="17"/>
                <w:lang w:val="fr-FR"/>
              </w:rPr>
              <w:t>investiției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la </w:t>
            </w:r>
            <w:proofErr w:type="spellStart"/>
            <w:r w:rsidRPr="004D2D0E">
              <w:rPr>
                <w:i/>
                <w:sz w:val="17"/>
                <w:lang w:val="fr-FR"/>
              </w:rPr>
              <w:t>loc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vizibil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pe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durata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4D2D0E">
              <w:rPr>
                <w:i/>
                <w:sz w:val="17"/>
                <w:lang w:val="fr-FR"/>
              </w:rPr>
              <w:t>execuției</w:t>
            </w:r>
            <w:proofErr w:type="spellEnd"/>
            <w:r w:rsidRPr="004D2D0E">
              <w:rPr>
                <w:i/>
                <w:sz w:val="17"/>
                <w:lang w:val="fr-FR"/>
              </w:rPr>
              <w:t xml:space="preserve"> – cf. art. 298 </w:t>
            </w:r>
            <w:proofErr w:type="spellStart"/>
            <w:r w:rsidRPr="004D2D0E">
              <w:rPr>
                <w:i/>
                <w:sz w:val="17"/>
                <w:lang w:val="fr-FR"/>
              </w:rPr>
              <w:t>alin</w:t>
            </w:r>
            <w:proofErr w:type="spellEnd"/>
            <w:r w:rsidRPr="004D2D0E">
              <w:rPr>
                <w:i/>
                <w:sz w:val="17"/>
                <w:lang w:val="fr-FR"/>
              </w:rPr>
              <w:t>. (5)</w:t>
            </w:r>
            <w:r>
              <w:rPr>
                <w:i/>
                <w:sz w:val="17"/>
                <w:lang w:val="fr-FR"/>
              </w:rPr>
              <w:t xml:space="preserve"> </w:t>
            </w:r>
            <w:proofErr w:type="spellStart"/>
            <w:r>
              <w:rPr>
                <w:i/>
                <w:sz w:val="17"/>
                <w:lang w:val="fr-FR"/>
              </w:rPr>
              <w:t>din</w:t>
            </w:r>
            <w:proofErr w:type="spellEnd"/>
            <w:r>
              <w:rPr>
                <w:i/>
                <w:sz w:val="17"/>
                <w:lang w:val="fr-FR"/>
              </w:rPr>
              <w:t xml:space="preserve"> Legea nr.169/2026</w:t>
            </w:r>
          </w:p>
          <w:p w14:paraId="49F117C5" w14:textId="7C82B897" w:rsidR="00FD1916" w:rsidRPr="00FD1916" w:rsidRDefault="00FD1916" w:rsidP="00303E64">
            <w:pPr>
              <w:rPr>
                <w:i/>
                <w:iCs/>
                <w:sz w:val="17"/>
                <w:szCs w:val="17"/>
                <w:lang w:val="fr-FR"/>
              </w:rPr>
            </w:pP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de construire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notificate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obligația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efectuării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terminarea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lucrărilor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între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executant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beneficiar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şi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un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reprezentant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unităţii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administrativ-teritoriale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precum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și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înregistrarea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în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.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Până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la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operaționalizarea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Registrului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Național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al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Construcțiilor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, o copie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după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procesul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-verbal de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recepție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se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transmite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fizic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sau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prin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poștă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spellStart"/>
            <w:r w:rsidRPr="00FD1916">
              <w:rPr>
                <w:i/>
                <w:iCs/>
                <w:sz w:val="17"/>
                <w:szCs w:val="17"/>
                <w:lang w:val="fr-FR"/>
              </w:rPr>
              <w:t>electronică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I.S.C.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</w:t>
            </w:r>
            <w:proofErr w:type="gramStart"/>
            <w:r>
              <w:rPr>
                <w:i/>
                <w:iCs/>
                <w:sz w:val="17"/>
                <w:szCs w:val="17"/>
                <w:lang w:val="fr-FR"/>
              </w:rPr>
              <w:t xml:space="preserve">- </w:t>
            </w:r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cf.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 xml:space="preserve"> art. 298 </w:t>
            </w:r>
            <w:proofErr w:type="spellStart"/>
            <w:proofErr w:type="gramStart"/>
            <w:r w:rsidRPr="00FD1916">
              <w:rPr>
                <w:i/>
                <w:iCs/>
                <w:sz w:val="17"/>
                <w:szCs w:val="17"/>
                <w:lang w:val="fr-FR"/>
              </w:rPr>
              <w:t>alin</w:t>
            </w:r>
            <w:proofErr w:type="spellEnd"/>
            <w:r w:rsidRPr="00FD1916">
              <w:rPr>
                <w:i/>
                <w:iCs/>
                <w:sz w:val="17"/>
                <w:szCs w:val="17"/>
                <w:lang w:val="fr-FR"/>
              </w:rPr>
              <w:t>.(</w:t>
            </w:r>
            <w:proofErr w:type="gramEnd"/>
            <w:r w:rsidRPr="00FD1916">
              <w:rPr>
                <w:i/>
                <w:iCs/>
                <w:sz w:val="17"/>
                <w:szCs w:val="17"/>
                <w:lang w:val="fr-FR"/>
              </w:rPr>
              <w:t>6)</w:t>
            </w:r>
            <w:r>
              <w:rPr>
                <w:i/>
                <w:iCs/>
                <w:sz w:val="17"/>
                <w:szCs w:val="17"/>
                <w:lang w:val="fr-FR"/>
              </w:rPr>
              <w:t xml:space="preserve"> din Legea nr.196/2026</w:t>
            </w:r>
          </w:p>
          <w:p w14:paraId="4129B71C" w14:textId="77777777" w:rsidR="00FD1916" w:rsidRPr="004D2D0E" w:rsidRDefault="00FD1916" w:rsidP="00303E64">
            <w:pPr>
              <w:spacing w:line="228" w:lineRule="auto"/>
              <w:rPr>
                <w:lang w:val="fr-FR"/>
              </w:rPr>
            </w:pPr>
          </w:p>
        </w:tc>
      </w:tr>
    </w:tbl>
    <w:p w14:paraId="4D90C049" w14:textId="77777777" w:rsidR="00846492" w:rsidRPr="004D2D0E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46492" w14:paraId="7D671102" w14:textId="77777777">
        <w:trPr>
          <w:cantSplit/>
        </w:trPr>
        <w:tc>
          <w:tcPr>
            <w:tcW w:w="9636" w:type="dxa"/>
            <w:shd w:val="clear" w:color="auto" w:fill="F4F4F4"/>
          </w:tcPr>
          <w:p w14:paraId="452D7ED2" w14:textId="77777777" w:rsidR="00846492" w:rsidRDefault="00C34A20">
            <w:pPr>
              <w:keepNext/>
            </w:pPr>
            <w:r w:rsidRPr="004D2D0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846492" w:rsidRPr="003869B3" w14:paraId="22149040" w14:textId="77777777">
        <w:trPr>
          <w:cantSplit/>
        </w:trPr>
        <w:tc>
          <w:tcPr>
            <w:tcW w:w="9636" w:type="dxa"/>
          </w:tcPr>
          <w:p w14:paraId="760467F1" w14:textId="77777777" w:rsidR="00846492" w:rsidRPr="00AD1D4A" w:rsidRDefault="00C34A20">
            <w:pPr>
              <w:rPr>
                <w:lang w:val="fr-FR"/>
              </w:rPr>
            </w:pPr>
            <w:r w:rsidRPr="00AD1D4A">
              <w:rPr>
                <w:sz w:val="16"/>
                <w:lang w:val="fr-FR"/>
              </w:rPr>
              <w:t xml:space="preserve">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</w:t>
            </w:r>
            <w:proofErr w:type="spellStart"/>
            <w:r w:rsidRPr="00AD1D4A">
              <w:rPr>
                <w:sz w:val="16"/>
                <w:lang w:val="fr-FR"/>
              </w:rPr>
              <w:t>scris</w:t>
            </w:r>
            <w:proofErr w:type="spellEnd"/>
            <w:r w:rsidRPr="00AD1D4A">
              <w:rPr>
                <w:sz w:val="16"/>
                <w:lang w:val="fr-FR"/>
              </w:rPr>
              <w:t xml:space="preserve">, prin </w:t>
            </w:r>
            <w:proofErr w:type="spellStart"/>
            <w:r w:rsidRPr="00AD1D4A">
              <w:rPr>
                <w:sz w:val="16"/>
                <w:lang w:val="fr-FR"/>
              </w:rPr>
              <w:t>poștă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în</w:t>
            </w:r>
            <w:proofErr w:type="spellEnd"/>
            <w:r w:rsidRPr="00AD1D4A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D1D4A">
              <w:rPr>
                <w:sz w:val="16"/>
                <w:lang w:val="fr-FR"/>
              </w:rPr>
              <w:t>adresa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gramStart"/>
            <w:r w:rsidRPr="00AD1D4A">
              <w:rPr>
                <w:sz w:val="16"/>
                <w:lang w:val="fr-FR"/>
              </w:rPr>
              <w:t>de e-mail</w:t>
            </w:r>
            <w:proofErr w:type="gram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indicată</w:t>
            </w:r>
            <w:proofErr w:type="spellEnd"/>
            <w:r w:rsidRPr="00AD1D4A">
              <w:rPr>
                <w:sz w:val="16"/>
                <w:lang w:val="fr-FR"/>
              </w:rPr>
              <w:t xml:space="preserve">     ☐ </w:t>
            </w:r>
            <w:proofErr w:type="spellStart"/>
            <w:r w:rsidRPr="00AD1D4A">
              <w:rPr>
                <w:sz w:val="16"/>
                <w:lang w:val="fr-FR"/>
              </w:rPr>
              <w:t>ridicare</w:t>
            </w:r>
            <w:proofErr w:type="spellEnd"/>
            <w:r w:rsidRPr="00AD1D4A">
              <w:rPr>
                <w:sz w:val="16"/>
                <w:lang w:val="fr-FR"/>
              </w:rPr>
              <w:t xml:space="preserve"> de la </w:t>
            </w:r>
            <w:proofErr w:type="spellStart"/>
            <w:r w:rsidRPr="00AD1D4A">
              <w:rPr>
                <w:sz w:val="16"/>
                <w:lang w:val="fr-FR"/>
              </w:rPr>
              <w:t>sediul</w:t>
            </w:r>
            <w:proofErr w:type="spellEnd"/>
            <w:r w:rsidRPr="00AD1D4A">
              <w:rPr>
                <w:sz w:val="16"/>
                <w:lang w:val="fr-FR"/>
              </w:rPr>
              <w:t xml:space="preserve"> </w:t>
            </w:r>
            <w:proofErr w:type="spellStart"/>
            <w:r w:rsidRPr="00AD1D4A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09EE98EE" w14:textId="77777777" w:rsidR="00846492" w:rsidRPr="00AD1D4A" w:rsidRDefault="0084649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846492" w14:paraId="06936D8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16DA659" w14:textId="77777777" w:rsidR="00846492" w:rsidRDefault="00C34A20">
            <w:pPr>
              <w:keepNext/>
            </w:pPr>
            <w:r w:rsidRPr="00AD1D4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846492" w14:paraId="72612615" w14:textId="77777777">
        <w:trPr>
          <w:cantSplit/>
          <w:trHeight w:val="510"/>
        </w:trPr>
        <w:tc>
          <w:tcPr>
            <w:tcW w:w="1606" w:type="dxa"/>
          </w:tcPr>
          <w:p w14:paraId="60DE0C5D" w14:textId="77777777" w:rsidR="00846492" w:rsidRDefault="00C34A20">
            <w:r>
              <w:rPr>
                <w:b/>
                <w:color w:val="0D5F78"/>
              </w:rPr>
              <w:t>Data</w:t>
            </w:r>
          </w:p>
          <w:p w14:paraId="418D45B2" w14:textId="77777777" w:rsidR="00846492" w:rsidRDefault="00846492"/>
        </w:tc>
        <w:tc>
          <w:tcPr>
            <w:tcW w:w="4818" w:type="dxa"/>
          </w:tcPr>
          <w:p w14:paraId="63B78572" w14:textId="77777777" w:rsidR="00846492" w:rsidRDefault="00C34A2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</w:p>
          <w:p w14:paraId="128740B5" w14:textId="77777777" w:rsidR="00846492" w:rsidRDefault="00846492"/>
        </w:tc>
        <w:tc>
          <w:tcPr>
            <w:tcW w:w="3212" w:type="dxa"/>
          </w:tcPr>
          <w:p w14:paraId="69CA0E82" w14:textId="77777777" w:rsidR="00846492" w:rsidRDefault="00C34A2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079B7842" w14:textId="77777777" w:rsidR="00846492" w:rsidRDefault="00846492"/>
        </w:tc>
      </w:tr>
    </w:tbl>
    <w:p w14:paraId="13FEF6FB" w14:textId="77777777" w:rsidR="00846492" w:rsidRDefault="00846492">
      <w:pPr>
        <w:spacing w:line="168" w:lineRule="auto"/>
      </w:pPr>
    </w:p>
    <w:sectPr w:rsidR="00846492" w:rsidSect="007C5D68">
      <w:type w:val="continuous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844F1" w14:textId="77777777" w:rsidR="00C34A20" w:rsidRDefault="00C34A20">
      <w:r>
        <w:separator/>
      </w:r>
    </w:p>
  </w:endnote>
  <w:endnote w:type="continuationSeparator" w:id="0">
    <w:p w14:paraId="0833D307" w14:textId="77777777" w:rsidR="00C34A20" w:rsidRDefault="00C34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F5D4A" w14:textId="77777777" w:rsidR="00846492" w:rsidRDefault="00C34A20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D1D4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D1D4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2E93B" w14:textId="77777777" w:rsidR="00F343D2" w:rsidRDefault="00F343D2" w:rsidP="00F343D2">
    <w:pPr>
      <w:pStyle w:val="Subsol"/>
      <w:tabs>
        <w:tab w:val="right" w:pos="9639"/>
      </w:tabs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color w:val="595959"/>
      </w:rPr>
      <w:t>2</w:t>
    </w:r>
    <w:r>
      <w:rPr>
        <w:color w:val="595959"/>
      </w:rPr>
      <w:fldChar w:fldCharType="end"/>
    </w:r>
  </w:p>
  <w:p w14:paraId="30EA6E2D" w14:textId="77777777" w:rsidR="00F343D2" w:rsidRDefault="00F343D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E096C" w14:textId="77777777" w:rsidR="00C34A20" w:rsidRDefault="00C34A20">
      <w:r>
        <w:separator/>
      </w:r>
    </w:p>
  </w:footnote>
  <w:footnote w:type="continuationSeparator" w:id="0">
    <w:p w14:paraId="0CAA4F61" w14:textId="77777777" w:rsidR="00C34A20" w:rsidRDefault="00C34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07BB7" w14:textId="53CC4ECF" w:rsidR="007C5D68" w:rsidRDefault="007C5D68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 w:rsidRPr="00F343D2">
      <w:rPr>
        <w:i/>
        <w:iCs/>
        <w:color w:val="000000" w:themeColor="text1"/>
        <w:sz w:val="24"/>
        <w:szCs w:val="24"/>
        <w:u w:val="single"/>
        <w:lang w:val="ro-RO"/>
      </w:rPr>
      <w:t>Anexa nr.</w:t>
    </w:r>
    <w:r w:rsidR="00F4129D" w:rsidRPr="00F343D2">
      <w:rPr>
        <w:i/>
        <w:iCs/>
        <w:color w:val="000000" w:themeColor="text1"/>
        <w:sz w:val="24"/>
        <w:szCs w:val="24"/>
        <w:u w:val="single"/>
        <w:lang w:val="ro-RO"/>
      </w:rPr>
      <w:t>3</w:t>
    </w:r>
  </w:p>
  <w:p w14:paraId="20A4B0F4" w14:textId="69253DC8" w:rsidR="006113A9" w:rsidRPr="00F343D2" w:rsidRDefault="006113A9">
    <w:pPr>
      <w:pStyle w:val="Antet"/>
      <w:rPr>
        <w:i/>
        <w:iCs/>
        <w:color w:val="000000" w:themeColor="text1"/>
        <w:sz w:val="24"/>
        <w:szCs w:val="24"/>
        <w:u w:val="single"/>
        <w:lang w:val="ro-RO"/>
      </w:rPr>
    </w:pPr>
    <w:r>
      <w:rPr>
        <w:color w:val="595959"/>
      </w:rPr>
      <w:t xml:space="preserve">F_NOT_01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B055926" w14:textId="77777777" w:rsidR="00F343D2" w:rsidRPr="00F343D2" w:rsidRDefault="00F343D2">
    <w:pPr>
      <w:pStyle w:val="Antet"/>
      <w:rPr>
        <w:i/>
        <w:iCs/>
        <w:color w:val="000000" w:themeColor="text1"/>
        <w:sz w:val="24"/>
        <w:szCs w:val="24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357596">
    <w:abstractNumId w:val="8"/>
  </w:num>
  <w:num w:numId="2" w16cid:durableId="811796782">
    <w:abstractNumId w:val="6"/>
  </w:num>
  <w:num w:numId="3" w16cid:durableId="1602299517">
    <w:abstractNumId w:val="5"/>
  </w:num>
  <w:num w:numId="4" w16cid:durableId="566454866">
    <w:abstractNumId w:val="4"/>
  </w:num>
  <w:num w:numId="5" w16cid:durableId="1116486043">
    <w:abstractNumId w:val="7"/>
  </w:num>
  <w:num w:numId="6" w16cid:durableId="642930687">
    <w:abstractNumId w:val="3"/>
  </w:num>
  <w:num w:numId="7" w16cid:durableId="798766958">
    <w:abstractNumId w:val="2"/>
  </w:num>
  <w:num w:numId="8" w16cid:durableId="554967532">
    <w:abstractNumId w:val="1"/>
  </w:num>
  <w:num w:numId="9" w16cid:durableId="1942714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55CA"/>
    <w:rsid w:val="00240A5A"/>
    <w:rsid w:val="0029639D"/>
    <w:rsid w:val="0031113E"/>
    <w:rsid w:val="00320861"/>
    <w:rsid w:val="00326F90"/>
    <w:rsid w:val="003869B3"/>
    <w:rsid w:val="003F4418"/>
    <w:rsid w:val="004D2D0E"/>
    <w:rsid w:val="004E2246"/>
    <w:rsid w:val="0060615D"/>
    <w:rsid w:val="006113A9"/>
    <w:rsid w:val="006C103E"/>
    <w:rsid w:val="00743E2E"/>
    <w:rsid w:val="007C5D68"/>
    <w:rsid w:val="007F39C2"/>
    <w:rsid w:val="00846492"/>
    <w:rsid w:val="00852977"/>
    <w:rsid w:val="00870FD7"/>
    <w:rsid w:val="00932ED5"/>
    <w:rsid w:val="00A17614"/>
    <w:rsid w:val="00AA1D8D"/>
    <w:rsid w:val="00AD1D4A"/>
    <w:rsid w:val="00B47730"/>
    <w:rsid w:val="00C34A20"/>
    <w:rsid w:val="00CA6FDB"/>
    <w:rsid w:val="00CB0664"/>
    <w:rsid w:val="00D2019F"/>
    <w:rsid w:val="00D2346C"/>
    <w:rsid w:val="00E52AF9"/>
    <w:rsid w:val="00E61A6B"/>
    <w:rsid w:val="00F343D2"/>
    <w:rsid w:val="00F4129D"/>
    <w:rsid w:val="00FC693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E33A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743E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munabraesti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comunabraesti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895</Words>
  <Characters>5106</Characters>
  <Application>Microsoft Office Word</Application>
  <DocSecurity>0</DocSecurity>
  <Lines>42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2026-09-30T21:48:00Z</dcterms:created>
  <dcterms:modified xsi:type="dcterms:W3CDTF">2026-09-30T21:48:00Z</dcterms:modified>
  <cp:category/>
</cp:coreProperties>
</file>