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064E0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41B79208" w:rsidR="001064E0" w:rsidRDefault="001064E0" w:rsidP="001064E0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3A6A19F8" wp14:editId="13730980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3CE89743" w14:textId="77777777" w:rsidR="001064E0" w:rsidRDefault="001064E0" w:rsidP="001064E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41FFA8B3" w:rsidR="001064E0" w:rsidRDefault="001064E0" w:rsidP="001064E0">
            <w:pPr>
              <w:keepNext/>
            </w:pPr>
            <w:r>
              <w:t>BOTOȘANI</w:t>
            </w:r>
          </w:p>
        </w:tc>
      </w:tr>
      <w:tr w:rsidR="001064E0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1064E0" w:rsidRDefault="001064E0" w:rsidP="001064E0"/>
        </w:tc>
        <w:tc>
          <w:tcPr>
            <w:tcW w:w="8030" w:type="dxa"/>
            <w:gridSpan w:val="3"/>
            <w:shd w:val="clear" w:color="auto" w:fill="F0F0F0"/>
          </w:tcPr>
          <w:p w14:paraId="07F7C02F" w14:textId="77777777" w:rsidR="001064E0" w:rsidRDefault="001064E0" w:rsidP="001064E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37356A4" w14:textId="469486CB" w:rsidR="001064E0" w:rsidRDefault="001064E0" w:rsidP="001064E0">
            <w:pPr>
              <w:keepNext/>
            </w:pPr>
            <w:r>
              <w:t>PRIMARUL COMUNEI BRĂEȘTI</w:t>
            </w:r>
          </w:p>
        </w:tc>
      </w:tr>
      <w:tr w:rsidR="001064E0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1064E0" w:rsidRDefault="001064E0" w:rsidP="001064E0"/>
        </w:tc>
        <w:tc>
          <w:tcPr>
            <w:tcW w:w="2409" w:type="dxa"/>
            <w:shd w:val="clear" w:color="auto" w:fill="F0F0F0"/>
          </w:tcPr>
          <w:p w14:paraId="4B03EAAB" w14:textId="77777777" w:rsidR="001064E0" w:rsidRPr="00F801F2" w:rsidRDefault="001064E0" w:rsidP="001064E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04E828D" w:rsidR="001064E0" w:rsidRPr="00150E80" w:rsidRDefault="001064E0" w:rsidP="001064E0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37599C4" w14:textId="77777777" w:rsidR="001064E0" w:rsidRDefault="001064E0" w:rsidP="001064E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198D8FC" w14:textId="77777777" w:rsidR="001064E0" w:rsidRDefault="001064E0" w:rsidP="001064E0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5FC8FADC" w14:textId="77777777" w:rsidR="001064E0" w:rsidRDefault="001064E0" w:rsidP="001064E0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34178E3A" w14:textId="3C4CB66B" w:rsidR="001064E0" w:rsidRDefault="001064E0" w:rsidP="001064E0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6D2FB2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6D2FB2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6D2FB2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6D2FB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6D2FB2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1DDFE76" w14:textId="77777777" w:rsidR="001064E0" w:rsidRPr="00F801F2" w:rsidRDefault="001064E0" w:rsidP="001064E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3662B31C" w14:textId="076AB3A9" w:rsidR="00C85C0B" w:rsidRPr="00150E80" w:rsidRDefault="001064E0" w:rsidP="001064E0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150E80">
              <w:rPr>
                <w:lang w:val="fr-FR"/>
              </w:rPr>
              <w:t xml:space="preserve"> </w:t>
            </w: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6D2FB2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6D2FB2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6D2FB2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6D2FB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6D2FB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6D2FB2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6D2FB2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6D2FB2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6D2FB2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6D2FB2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6D2FB2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6D2FB2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6D2FB2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6D2FB2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6D2FB2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6D2FB2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6D2FB2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6D2FB2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6D2FB2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76C0" w14:textId="77777777" w:rsidR="006D2FB2" w:rsidRDefault="006D2FB2">
      <w:r>
        <w:separator/>
      </w:r>
    </w:p>
  </w:endnote>
  <w:endnote w:type="continuationSeparator" w:id="0">
    <w:p w14:paraId="46C9147D" w14:textId="77777777" w:rsidR="006D2FB2" w:rsidRDefault="006D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6D2FB2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DC948" w14:textId="77777777" w:rsidR="006D2FB2" w:rsidRDefault="006D2FB2">
      <w:r>
        <w:separator/>
      </w:r>
    </w:p>
  </w:footnote>
  <w:footnote w:type="continuationSeparator" w:id="0">
    <w:p w14:paraId="37620B53" w14:textId="77777777" w:rsidR="006D2FB2" w:rsidRDefault="006D2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4E0"/>
    <w:rsid w:val="0015074B"/>
    <w:rsid w:val="00150E80"/>
    <w:rsid w:val="00240A5A"/>
    <w:rsid w:val="0029639D"/>
    <w:rsid w:val="00326F90"/>
    <w:rsid w:val="003A7070"/>
    <w:rsid w:val="003F0F62"/>
    <w:rsid w:val="005C02E4"/>
    <w:rsid w:val="006D2FB2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1064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2026-09-30T21:49:00Z</dcterms:created>
  <dcterms:modified xsi:type="dcterms:W3CDTF">2026-09-30T21:49:00Z</dcterms:modified>
  <cp:category/>
</cp:coreProperties>
</file>